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LETTERA DI RINUNCIA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Cognome: ______________________________________________</w:t>
      </w:r>
    </w:p>
    <w:p>
      <w:r>
        <w:rPr>
          <w:b w:val="0"/>
          <w:sz w:val="20"/>
        </w:rPr>
        <w:t>Indirizzo: ___________________________________________________</w:t>
      </w:r>
    </w:p>
    <w:p>
      <w:r>
        <w:rPr>
          <w:b w:val="0"/>
          <w:sz w:val="20"/>
        </w:rPr>
        <w:t>CAP, Città: _________________________________________________</w:t>
      </w:r>
    </w:p>
    <w:p>
      <w:r>
        <w:rPr>
          <w:b w:val="0"/>
          <w:sz w:val="20"/>
        </w:rPr>
        <w:t>Codice Fiscale: ______________________________________________</w:t>
      </w:r>
    </w:p>
    <w:p>
      <w:r>
        <w:rPr>
          <w:b w:val="0"/>
          <w:sz w:val="20"/>
        </w:rPr>
        <w:t>Telefono: ____________________________________________________</w:t>
      </w:r>
    </w:p>
    <w:p>
      <w:r>
        <w:rPr>
          <w:b w:val="0"/>
          <w:sz w:val="20"/>
        </w:rPr>
        <w:t>Email: ______________________________________________________</w:t>
      </w:r>
    </w:p>
    <w:p/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Nome/Ragione Sociale: _______________________________________</w:t>
      </w:r>
    </w:p>
    <w:p>
      <w:r>
        <w:rPr>
          <w:b w:val="0"/>
          <w:sz w:val="20"/>
        </w:rPr>
        <w:t>Indirizzo: ___________________________________________________</w:t>
      </w:r>
    </w:p>
    <w:p>
      <w:r>
        <w:rPr>
          <w:b w:val="0"/>
          <w:sz w:val="20"/>
        </w:rPr>
        <w:t>CAP, Città: _________________________________________________</w:t>
      </w:r>
    </w:p>
    <w:p/>
    <w:p/>
    <w:p>
      <w:r>
        <w:rPr>
          <w:b/>
          <w:sz w:val="20"/>
        </w:rPr>
        <w:t>Oggetto: Rinuncia a [specificare il servizio/mandato/contratto]</w:t>
      </w:r>
    </w:p>
    <w:p/>
    <w:p/>
    <w:p>
      <w:r>
        <w:rPr>
          <w:b/>
          <w:sz w:val="20"/>
        </w:rPr>
        <w:t>Spett.le</w:t>
      </w:r>
    </w:p>
    <w:p>
      <w:r>
        <w:rPr>
          <w:b w:val="0"/>
          <w:sz w:val="20"/>
        </w:rPr>
        <w:t>[Nome/Ragione Sociale destinatario],</w:t>
      </w:r>
    </w:p>
    <w:p/>
    <w:p>
      <w:r>
        <w:rPr>
          <w:b w:val="0"/>
          <w:sz w:val="20"/>
        </w:rPr>
        <w:t>Con la presente, il/la sottoscritto/a, consapevole delle conseguenze giuridiche derivanti dalla rinuncia, comunica formalmente la propria volontà di rinunciare a [specificare il servizio/mandato/contratto] in essere con codesto Ente/Società, con effetto immediato e senza necessità di ulteriori formalità.</w:t>
      </w:r>
    </w:p>
    <w:p/>
    <w:p>
      <w:r>
        <w:rPr>
          <w:b w:val="0"/>
          <w:sz w:val="20"/>
        </w:rPr>
        <w:t>La presente rinuncia viene effettuata in piena conformità con quanto previsto dalla normativa vigente e dal contratto sottoscritto, ivi incluse eventuali clausole di preavviso, che in questo caso si rinuncia espressamente a far valere, salvo diverse disposizioni di legge.</w:t>
      </w:r>
    </w:p>
    <w:p/>
    <w:p>
      <w:r>
        <w:rPr>
          <w:b w:val="0"/>
          <w:sz w:val="20"/>
        </w:rPr>
        <w:t>Chiedo cortesemente di voler prendere atto della presente comunicazione e di provvedere a formalizzarne l'accettazione, nonché a sospendere ogni attività e obbligo correlato al rapporto in oggetto.</w:t>
      </w:r>
    </w:p>
    <w:p/>
    <w:p>
      <w:r>
        <w:rPr>
          <w:b w:val="0"/>
          <w:sz w:val="20"/>
        </w:rPr>
        <w:t>Resto a disposizione per eventuali chiarimenti e porgo distinti saluti.</w:t>
      </w:r>
    </w:p>
    <w:p/>
    <w:p/>
    <w:p/>
    <w:p>
      <w:r>
        <w:rPr>
          <w:b w:val="0"/>
          <w:sz w:val="20"/>
        </w:rPr>
        <w:t>Firma: ___________________________________________</w:t>
      </w:r>
    </w:p>
    <w:p/>
    <w:p/>
    <w:p/>
    <w:p>
      <w:r>
        <w:rPr>
          <w:b w:val="0"/>
          <w:sz w:val="20"/>
        </w:rPr>
        <w:t>Luogo: ________________________________________________</w:t>
      </w:r>
    </w:p>
    <w:p>
      <w:r>
        <w:rPr>
          <w:b w:val="0"/>
          <w:sz w:val="20"/>
        </w:rPr>
        <w:t>Data: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Destinatario (per ricevuta)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https://esperto-lettere.com/fac-simile-lettera-di-rinuncia/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di-rinuncia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