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sz w:val="20"/>
        </w:rPr>
        <w:t>Spett.le</w:t>
      </w:r>
    </w:p>
    <w:p>
      <w:r>
        <w:rPr>
          <w:b w:val="0"/>
          <w:sz w:val="20"/>
        </w:rPr>
        <w:t>Datore di Lavoro</w:t>
      </w:r>
    </w:p>
    <w:p>
      <w:r>
        <w:rPr>
          <w:b w:val="0"/>
          <w:sz w:val="20"/>
        </w:rPr>
        <w:t>____________________________</w:t>
      </w:r>
    </w:p>
    <w:p/>
    <w:p/>
    <w:p>
      <w:r>
        <w:rPr>
          <w:b/>
          <w:sz w:val="20"/>
        </w:rPr>
        <w:t>Oggetto: Lettera di lamentela</w:t>
      </w:r>
    </w:p>
    <w:p/>
    <w:p/>
    <w:p>
      <w:r>
        <w:rPr>
          <w:b w:val="0"/>
          <w:sz w:val="20"/>
        </w:rPr>
        <w:t>Il sottoscritto/a, dipendente presso la Vostra azienda, con la presente intende segnalare una serie di problematiche che incidono negativamente sulle condizioni lavorative e sul clima aziendale, richiedendo un intervento risolutivo e tempestivo da parte Vostra.</w:t>
      </w:r>
    </w:p>
    <w:p/>
    <w:p>
      <w:r>
        <w:rPr>
          <w:b w:val="0"/>
          <w:sz w:val="20"/>
        </w:rPr>
        <w:t>In particolare, desidero portare alla Vostra attenzione i seguenti aspetti:</w:t>
      </w:r>
    </w:p>
    <w:p>
      <w:r>
        <w:rPr>
          <w:b w:val="0"/>
          <w:sz w:val="20"/>
        </w:rPr>
        <w:t>1. Condizioni di lavoro non conformi alle normative vigenti in materia di sicurezza e salute sul lavoro, con mancanza di adeguate misure preventive e dispositivi di protezione individuale.</w:t>
      </w:r>
    </w:p>
    <w:p>
      <w:r>
        <w:rPr>
          <w:b w:val="0"/>
          <w:sz w:val="20"/>
        </w:rPr>
        <w:t>2. Mancato rispetto degli orari contrattuali e carichi di lavoro eccessivi, che generano stress e affaticamento oltre i limiti consentiti dal contratto collettivo nazionale applicabile.</w:t>
      </w:r>
    </w:p>
    <w:p>
      <w:r>
        <w:rPr>
          <w:b w:val="0"/>
          <w:sz w:val="20"/>
        </w:rPr>
        <w:t>3. Mancata corresponsione puntuale delle retribuzioni e/o degli emolumenti accessori, con ritardi ingiustificati che compromettono la serenità economica dei lavoratori.</w:t>
      </w:r>
    </w:p>
    <w:p>
      <w:r>
        <w:rPr>
          <w:b w:val="0"/>
          <w:sz w:val="20"/>
        </w:rPr>
        <w:t>4. Atmosfera lavorativa caratterizzata da comportamenti non rispettosi e discriminatori, tali da minare il rapporto di fiducia e collaborazione tra dipendenti e direzione aziendale.</w:t>
      </w:r>
    </w:p>
    <w:p/>
    <w:p>
      <w:r>
        <w:rPr>
          <w:b w:val="0"/>
          <w:sz w:val="20"/>
        </w:rPr>
        <w:t>Tali situazioni, se non tempestivamente affrontate e risolte, potrebbero determinare un grave pregiudizio al benessere e alla dignità dei lavoratori, nonché un possibile contenzioso in sede sindacale e giudiziaria.</w:t>
      </w:r>
    </w:p>
    <w:p/>
    <w:p>
      <w:r>
        <w:rPr>
          <w:b w:val="0"/>
          <w:sz w:val="20"/>
        </w:rPr>
        <w:t>Pertanto, con la presente, si richiede formalmente di voler porre in atto tutte le misure necessarie per garantire il rispetto delle normative vigenti, il miglioramento delle condizioni lavorative e il ripristino di un clima aziendale sereno e collaborativo.</w:t>
      </w:r>
    </w:p>
    <w:p/>
    <w:p>
      <w:r>
        <w:rPr>
          <w:b w:val="0"/>
          <w:sz w:val="20"/>
        </w:rPr>
        <w:t>Rimanendo in attesa di un Vostro cortese riscontro, si porgono distinti saluti.</w:t>
      </w:r>
    </w:p>
    <w:p/>
    <w:p/>
    <w:p>
      <w:r>
        <w:rPr>
          <w:b/>
          <w:sz w:val="20"/>
        </w:rPr>
        <w:t>Il Dipendente</w:t>
      </w:r>
    </w:p>
    <w:p/>
    <w:p/>
    <w:p/>
    <w:p/>
    <w:p>
      <w:r>
        <w:rPr>
          <w:b w:val="0"/>
          <w:sz w:val="20"/>
        </w:rPr>
        <w:t>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 e Cognome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https://esperto-lettere.com/fac-simile-lettera-di-lamentela-al-datore-di-lavoro/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https://esperto-lettere.com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esperto-lettere.com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sperto-lettere.com/fac-simile-lettera-di-lamentela-al-datore-di-lavoro/" TargetMode="External"/><Relationship Id="rId10" Type="http://schemas.openxmlformats.org/officeDocument/2006/relationships/hyperlink" Target="https://esperto-letter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