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sz w:val="20"/>
        </w:rPr>
        <w:t>AL SIGNOR/ALLA SIGNORA</w:t>
      </w:r>
    </w:p>
    <w:p>
      <w:r>
        <w:rPr>
          <w:b w:val="0"/>
          <w:sz w:val="20"/>
        </w:rPr>
        <w:t>___________________________________________________________</w:t>
      </w:r>
    </w:p>
    <w:p>
      <w:r>
        <w:rPr>
          <w:b w:val="0"/>
          <w:sz w:val="20"/>
        </w:rPr>
        <w:t>Indirizzo: ________________________________________________</w:t>
      </w:r>
    </w:p>
    <w:p>
      <w:r>
        <w:rPr>
          <w:b w:val="0"/>
          <w:sz w:val="20"/>
        </w:rPr>
        <w:t>Città: __________________________ CAP: ___________________</w:t>
      </w:r>
    </w:p>
    <w:p/>
    <w:p/>
    <w:p>
      <w:r>
        <w:rPr>
          <w:b/>
          <w:sz w:val="20"/>
        </w:rPr>
        <w:t>OGGETTO: Lettera di diffida per danno temuto</w:t>
      </w:r>
    </w:p>
    <w:p/>
    <w:p/>
    <w:p>
      <w:r>
        <w:rPr>
          <w:b w:val="0"/>
          <w:sz w:val="20"/>
        </w:rPr>
        <w:t>Spettabile,</w:t>
      </w:r>
    </w:p>
    <w:p/>
    <w:p>
      <w:r>
        <w:rPr>
          <w:b w:val="0"/>
          <w:sz w:val="20"/>
        </w:rPr>
        <w:t>Il sottoscritto/a ____________________________________________, nato/a a ____________________, residente in ________________________________, via __________________________________ n. ____, codice fiscale ____________________________, nella sua qualità di ____________________________________________, con la presente intende formalmente diffidare codesto/a Signor/Signora a cessare immediatamente le condotte lesive di cui sotto, che hanno già causato ed ancor più potrebbero causare danni ingenti e irreparabili.</w:t>
      </w:r>
    </w:p>
    <w:p/>
    <w:p>
      <w:r>
        <w:rPr>
          <w:b/>
          <w:sz w:val="20"/>
        </w:rPr>
        <w:t>In particolare, si rileva che le azioni/omissioni poste in essere da codesto/a Signor/Signora consistono in:</w:t>
      </w:r>
    </w:p>
    <w:p>
      <w:r>
        <w:rPr>
          <w:b w:val="0"/>
          <w:sz w:val="20"/>
        </w:rPr>
        <w:t>______________________________________________________________________________________________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______________________________________________________________________________________________</w:t>
      </w:r>
    </w:p>
    <w:p/>
    <w:p>
      <w:r>
        <w:rPr>
          <w:b/>
          <w:sz w:val="20"/>
        </w:rPr>
        <w:t>Tali comportamenti costituiscono una violazione degli obblighi di legge e dei diritti del sottoscritto/a, con conseguente danno temuto che si manifesta in:</w:t>
      </w:r>
    </w:p>
    <w:p>
      <w:r>
        <w:rPr>
          <w:b w:val="0"/>
          <w:sz w:val="20"/>
        </w:rPr>
        <w:t>______________________________________________________________________________________________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______________________________________________________________________________________________</w:t>
      </w:r>
    </w:p>
    <w:p/>
    <w:p>
      <w:r>
        <w:rPr>
          <w:b w:val="0"/>
          <w:sz w:val="20"/>
        </w:rPr>
        <w:t>Con la presente, pertanto, si diffida formalmente codesto/a Signor/Signora a porre immediato rimedio, cessando ogni comportamento illecito e ad adottare tutte le misure necessarie a prevenire ulteriori danni.</w:t>
      </w:r>
    </w:p>
    <w:p/>
    <w:p>
      <w:r>
        <w:rPr>
          <w:b w:val="0"/>
          <w:sz w:val="20"/>
        </w:rPr>
        <w:t>Si avverte che, in difetto di un tempestivo e completo adempimento, il sottoscritto/a si riserva sin d’ora di adire le vie legali per la tutela dei propri diritti e interessi, con conseguente richiesta di risarcimento danni e ogni altro rimedio previsto dalla legge.</w:t>
      </w:r>
    </w:p>
    <w:p/>
    <w:p>
      <w:r>
        <w:rPr>
          <w:b w:val="0"/>
          <w:sz w:val="20"/>
        </w:rPr>
        <w:t>In attesa di un sollecito riscontro, si porgono distinti saluti.</w:t>
      </w:r>
    </w:p>
    <w:p/>
    <w:p/>
    <w:p>
      <w:pPr>
        <w:jc w:val="center"/>
      </w:pPr>
      <w:r>
        <w:rPr>
          <w:b w:val="0"/>
          <w:sz w:val="20"/>
        </w:rPr>
        <w:t>Firma</w:t>
      </w:r>
    </w:p>
    <w:p/>
    <w:p/>
    <w:p/>
    <w:p>
      <w:pPr>
        <w:jc w:val="center"/>
      </w:pPr>
      <w:r>
        <w:rPr>
          <w:b w:val="0"/>
          <w:sz w:val="20"/>
        </w:rPr>
        <w:t>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Il Diffidante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Il Diffidato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Firma: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Firma: 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originale di questo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https://esperto-lettere.com/fac-simile-lettera-di-diffida-per-danno-temuto/</w:t>
        </w:r>
      </w:hyperlink>
    </w:p>
    <w:p>
      <w:pPr>
        <w:jc w:val="center"/>
      </w:pPr>
      <w:r>
        <w:rPr>
          <w:color w:val="555555"/>
          <w:sz w:val="26"/>
        </w:rPr>
        <w:t>Questo modello ti è stato utile?</w:t>
      </w:r>
    </w:p>
    <w:p>
      <w:pPr>
        <w:jc w:val="center"/>
      </w:pPr>
      <w:r>
        <w:rPr>
          <w:color w:val="555555"/>
          <w:sz w:val="26"/>
        </w:rPr>
        <w:t>Trova altri modelli aggiornati su: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https://esperto-lettere.com</w:t>
        </w:r>
      </w:hyperlink>
    </w:p>
    <w:p>
      <w:pPr>
        <w:jc w:val="center"/>
      </w:pPr>
      <w:r>
        <w:rPr>
          <w:color w:val="808080"/>
          <w:sz w:val="20"/>
        </w:rPr>
        <w:t>Questo modello è destinato esclusivamente a un uso personale e non commerciale.</w:t>
        <w:br/>
        <w:t>Qualsiasi diffusione o pubblicazione deve citare obbligatoriamente la fonte. © esperto-lettere.com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esperto-lettere.com/fac-simile-lettera-di-diffida-per-danno-temuto/" TargetMode="External"/><Relationship Id="rId10" Type="http://schemas.openxmlformats.org/officeDocument/2006/relationships/hyperlink" Target="https://esperto-letter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