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 ______________________________</w:t>
      </w:r>
    </w:p>
    <w:p>
      <w:r>
        <w:rPr>
          <w:b w:val="0"/>
          <w:sz w:val="20"/>
        </w:rPr>
        <w:t>Indirizzo ________________________________________________</w:t>
      </w:r>
    </w:p>
    <w:p>
      <w:r>
        <w:rPr>
          <w:b w:val="0"/>
          <w:sz w:val="20"/>
        </w:rPr>
        <w:t>CAP ________ Città ______________________ Provincia _________</w:t>
      </w:r>
    </w:p>
    <w:p>
      <w:r>
        <w:rPr>
          <w:b w:val="0"/>
          <w:sz w:val="20"/>
        </w:rPr>
        <w:t>Codice Fiscale / Partita IVA _________________________________</w:t>
      </w:r>
    </w:p>
    <w:p/>
    <w:p/>
    <w:p>
      <w:r>
        <w:rPr>
          <w:b/>
          <w:sz w:val="20"/>
        </w:rPr>
        <w:t>Amministratore Condominiale:</w:t>
      </w:r>
    </w:p>
    <w:p>
      <w:r>
        <w:rPr>
          <w:b w:val="0"/>
          <w:sz w:val="20"/>
        </w:rPr>
        <w:t>Nome e Cognome / Ragione Sociale ______________________________</w:t>
      </w:r>
    </w:p>
    <w:p>
      <w:r>
        <w:rPr>
          <w:b w:val="0"/>
          <w:sz w:val="20"/>
        </w:rPr>
        <w:t>Indirizzo ________________________________________________</w:t>
      </w:r>
    </w:p>
    <w:p>
      <w:r>
        <w:rPr>
          <w:b w:val="0"/>
          <w:sz w:val="20"/>
        </w:rPr>
        <w:t>CAP ________ Città ______________________ Provincia _________</w:t>
      </w:r>
    </w:p>
    <w:p/>
    <w:p/>
    <w:p/>
    <w:p>
      <w:pPr>
        <w:jc w:val="center"/>
      </w:pPr>
      <w:r>
        <w:rPr>
          <w:b/>
          <w:sz w:val="20"/>
        </w:rPr>
        <w:t>Oggetto: Contestazione spese condominiali</w:t>
      </w:r>
    </w:p>
    <w:p/>
    <w:p/>
    <w:p>
      <w:r>
        <w:rPr>
          <w:b w:val="0"/>
          <w:sz w:val="20"/>
        </w:rPr>
        <w:t>Spettabile Amministratore,</w:t>
      </w:r>
    </w:p>
    <w:p/>
    <w:p>
      <w:r>
        <w:rPr>
          <w:b w:val="0"/>
          <w:sz w:val="20"/>
        </w:rPr>
        <w:t>Il/La sottoscritto/a, condomino/a dell’edificio sito in ____________________________, in qualità di proprietario/a dell’unità immobiliare identificata al foglio ________, particella ________, int. ________, intende formalmente contestare le seguenti spese condominiali addebitate nella ripartizione consuntiva e/o preventiva dell’anno _______.</w:t>
      </w:r>
    </w:p>
    <w:p/>
    <w:p>
      <w:r>
        <w:rPr>
          <w:b/>
          <w:sz w:val="20"/>
        </w:rPr>
        <w:t>Motivi della contestazione:</w:t>
      </w:r>
    </w:p>
    <w:p>
      <w:r>
        <w:rPr>
          <w:b w:val="0"/>
          <w:sz w:val="20"/>
        </w:rPr>
        <w:t>- Mancata o insufficiente documentazione giustificativa delle spese sostenute;</w:t>
      </w:r>
    </w:p>
    <w:p>
      <w:r>
        <w:rPr>
          <w:b w:val="0"/>
          <w:sz w:val="20"/>
        </w:rPr>
        <w:t>- Esecuzione di lavori non deliberati dall’assemblea condominiale o non conformi a quanto approvato;</w:t>
      </w:r>
    </w:p>
    <w:p>
      <w:r>
        <w:rPr>
          <w:b w:val="0"/>
          <w:sz w:val="20"/>
        </w:rPr>
        <w:t>- Spese non imputabili al condominio o non pertinenti con la gestione ordinaria e straordinaria;</w:t>
      </w:r>
    </w:p>
    <w:p>
      <w:r>
        <w:rPr>
          <w:b w:val="0"/>
          <w:sz w:val="20"/>
        </w:rPr>
        <w:t>- Errori nell’applicazione dei criteri di ripartizione delle spese tra i condomini;</w:t>
      </w:r>
    </w:p>
    <w:p>
      <w:r>
        <w:rPr>
          <w:b w:val="0"/>
          <w:sz w:val="20"/>
        </w:rPr>
        <w:t>- Altre irregolarità specifiche (descrivere dettagliatamente qui): ________________________________</w:t>
      </w:r>
    </w:p>
    <w:p/>
    <w:p>
      <w:r>
        <w:rPr>
          <w:b w:val="0"/>
          <w:sz w:val="20"/>
        </w:rPr>
        <w:t>Si richiede pertanto la revisione delle suddette spese e la trasmissione di tutta la documentazione comprovante la loro legittimità e congruità, ai sensi degli artt. 1130, 1131 e 1129 del Codice Civile e del regolamento condominiale vigente.</w:t>
      </w:r>
    </w:p>
    <w:p/>
    <w:p>
      <w:r>
        <w:rPr>
          <w:b w:val="0"/>
          <w:sz w:val="20"/>
        </w:rPr>
        <w:t>In difetto di riscontro entro 30 giorni dal ricevimento della presente, mi riservo di intraprendere ogni azione legale necessaria per la tutela dei miei diritti e degli interessi patrimoniali.</w:t>
      </w:r>
    </w:p>
    <w:p/>
    <w:p/>
    <w:p>
      <w:r>
        <w:rPr>
          <w:b w:val="0"/>
          <w:sz w:val="20"/>
        </w:rPr>
        <w:t>Distinti saluti,</w:t>
      </w:r>
    </w:p>
    <w:p/>
    <w:p/>
    <w:p/>
    <w:p/>
    <w:p>
      <w:pPr>
        <w:jc w:val="center"/>
      </w:pPr>
      <w:r>
        <w:rPr>
          <w:b w:val="0"/>
          <w:sz w:val="20"/>
        </w:rPr>
        <w:t>Firma _______________________________</w:t>
      </w:r>
    </w:p>
    <w:p/>
    <w:p/>
    <w:p>
      <w:r>
        <w:rPr>
          <w:b w:val="0"/>
          <w:sz w:val="20"/>
        </w:rPr>
        <w:t>Luogo: ___________________________________________</w:t>
      </w:r>
    </w:p>
    <w:p>
      <w:r>
        <w:rPr>
          <w:b w:val="0"/>
          <w:sz w:val="20"/>
        </w:rPr>
        <w:t>Firma: 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https://esperto-lettere.com/fac-simile-lettera-contestazione-spese-condominiali/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contestazione-spese-condominial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