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Spett.le</w:t>
      </w:r>
    </w:p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Via/Piazza _______________________________</w:t>
      </w:r>
    </w:p>
    <w:p>
      <w:r>
        <w:rPr>
          <w:b w:val="0"/>
          <w:sz w:val="20"/>
        </w:rPr>
        <w:t>CAP __________    Città ____________________</w:t>
      </w:r>
    </w:p>
    <w:p/>
    <w:p/>
    <w:p>
      <w:r>
        <w:rPr>
          <w:b/>
          <w:sz w:val="20"/>
        </w:rPr>
        <w:t>OGGETTO: Contestazione risarcimento danni</w:t>
      </w:r>
    </w:p>
    <w:p/>
    <w:p/>
    <w:p>
      <w:r>
        <w:rPr>
          <w:b w:val="0"/>
          <w:sz w:val="20"/>
        </w:rPr>
        <w:t>Il sottoscritto/a ____________________________________________, residente in ________________________________________________, codice fiscale ________________________________, in qualità di parte lesa,</w:t>
      </w:r>
    </w:p>
    <w:p>
      <w:r>
        <w:rPr>
          <w:b w:val="0"/>
          <w:sz w:val="20"/>
        </w:rPr>
        <w:t>con la presente intende formalmente contestare i danni subiti a seguito di quanto di seguito specificato e richiederne il risarcimento secondo quanto previsto dalla normativa vigente in materia.</w:t>
      </w:r>
    </w:p>
    <w:p/>
    <w:p>
      <w:r>
        <w:rPr>
          <w:b/>
          <w:sz w:val="20"/>
        </w:rPr>
        <w:t>FATTI E CAUSE DEL DANNO:</w:t>
      </w:r>
    </w:p>
    <w:p>
      <w:r>
        <w:rPr>
          <w:b w:val="0"/>
          <w:sz w:val="20"/>
        </w:rPr>
        <w:t>In data ____________________, presso il luogo ____________________, si è verificato l'evento dannoso causato da ________________________________ (descrivere dettagliatamente l'evento).</w:t>
      </w:r>
    </w:p>
    <w:p>
      <w:r>
        <w:rPr>
          <w:b w:val="0"/>
          <w:sz w:val="20"/>
        </w:rPr>
        <w:t>Tale evento ha comportato i seguenti danni: ________________________________________________ (descrivere i danni materiali, fisici o morali subiti).</w:t>
      </w:r>
    </w:p>
    <w:p/>
    <w:p>
      <w:r>
        <w:rPr>
          <w:b/>
          <w:sz w:val="20"/>
        </w:rPr>
        <w:t>RIFERIMENTI NORMATIVI:</w:t>
      </w:r>
    </w:p>
    <w:p>
      <w:r>
        <w:rPr>
          <w:b w:val="0"/>
          <w:sz w:val="20"/>
        </w:rPr>
        <w:t>Ai sensi e per gli effetti degli articoli 2043 e seguenti del Codice Civile, che disciplinano la responsabilità extracontrattuale e il risarcimento del danno,</w:t>
      </w:r>
    </w:p>
    <w:p>
      <w:r>
        <w:rPr>
          <w:b w:val="0"/>
          <w:sz w:val="20"/>
        </w:rPr>
        <w:t>ritengo che quanto accaduto configuri un illecito civile per il quale è dovuto il ristoro integrale del danno subito.</w:t>
      </w:r>
    </w:p>
    <w:p/>
    <w:p>
      <w:r>
        <w:rPr>
          <w:b/>
          <w:sz w:val="20"/>
        </w:rPr>
        <w:t>RICHIESTA DI RISARCIMENTO:</w:t>
      </w:r>
    </w:p>
    <w:p>
      <w:r>
        <w:rPr>
          <w:b w:val="0"/>
          <w:sz w:val="20"/>
        </w:rPr>
        <w:t>Alla luce di quanto sopra esposto, con la presente si richiede il risarcimento integrale dei danni, quantificati in Euro ____________________, da corrispondere entro e non oltre 30 (trenta) giorni dalla ricezione della presente.</w:t>
      </w:r>
    </w:p>
    <w:p>
      <w:r>
        <w:rPr>
          <w:b w:val="0"/>
          <w:sz w:val="20"/>
        </w:rPr>
        <w:t>In difetto di riscontro o di proposta risarcitoria congrua, mi riservo di adire le vie legali per la tutela dei miei diritti, con aggravio di spese a vostro carico.</w:t>
      </w:r>
    </w:p>
    <w:p/>
    <w:p>
      <w:r>
        <w:rPr>
          <w:b w:val="0"/>
          <w:sz w:val="20"/>
        </w:rPr>
        <w:t>Confidando in un sollecito e positivo riscontro, resto disponibile per ogni eventuale chiarimento o sopralluogo necessario alla valutazione del danno.</w:t>
      </w:r>
    </w:p>
    <w:p/>
    <w:p/>
    <w:p>
      <w:r>
        <w:rPr>
          <w:b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Firma del/la Contestante: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</w:p>
        </w:tc>
      </w:tr>
    </w:tbl>
    <w:p/>
    <w:p/>
    <w:p>
      <w:r>
        <w:rPr>
          <w:b w:val="0"/>
          <w:sz w:val="20"/>
        </w:rPr>
        <w:t>Luogo : _________________________________________</w:t>
      </w:r>
    </w:p>
    <w:p>
      <w:r>
        <w:rPr>
          <w:b w:val="0"/>
          <w:sz w:val="20"/>
        </w:rPr>
        <w:t>Data : 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https://esperto-lettere.com/fac-simile-lettera-contestazione-risarcimento-danni/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contestazione-risarcimento-dann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