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 LETTERA DI CONTESTAZIONE</w:t>
      </w:r>
    </w:p>
    <w:p>
      <w:pPr>
        <w:jc w:val="center"/>
      </w:pPr>
      <w:r>
        <w:rPr>
          <w:b/>
          <w:sz w:val="20"/>
        </w:rPr>
        <w:t>LAVORI NON ESEGUITI A REGOLA D'ARTE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Nome/Ragione Sociale : ______________________________________________</w:t>
      </w:r>
    </w:p>
    <w:p>
      <w:r>
        <w:rPr>
          <w:b w:val="0"/>
          <w:sz w:val="20"/>
        </w:rPr>
        <w:t>Indirizzo : _________________________________________________________</w:t>
      </w:r>
    </w:p>
    <w:p>
      <w:r>
        <w:rPr>
          <w:b w:val="0"/>
          <w:sz w:val="20"/>
        </w:rPr>
        <w:t>CAP, Città : ________________________________________________________</w:t>
      </w:r>
    </w:p>
    <w:p>
      <w:r>
        <w:rPr>
          <w:b w:val="0"/>
          <w:sz w:val="20"/>
        </w:rPr>
        <w:t>Codice Fiscale/P.IVA : _______________________________________________</w:t>
      </w:r>
    </w:p>
    <w:p>
      <w:r>
        <w:rPr>
          <w:b w:val="0"/>
          <w:sz w:val="20"/>
        </w:rPr>
        <w:t>Telefono : 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</w:t>
      </w:r>
    </w:p>
    <w:p/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Nome/Ragione Sociale : ______________________________________________</w:t>
      </w:r>
    </w:p>
    <w:p>
      <w:r>
        <w:rPr>
          <w:b w:val="0"/>
          <w:sz w:val="20"/>
        </w:rPr>
        <w:t>Indirizzo : _________________________________________________________</w:t>
      </w:r>
    </w:p>
    <w:p>
      <w:r>
        <w:rPr>
          <w:b w:val="0"/>
          <w:sz w:val="20"/>
        </w:rPr>
        <w:t>CAP, Città : ________________________________________________________</w:t>
      </w:r>
    </w:p>
    <w:p>
      <w:r>
        <w:rPr>
          <w:b w:val="0"/>
          <w:sz w:val="20"/>
        </w:rPr>
        <w:t>Codice Fiscale/P.IVA : _______________________________________________</w:t>
      </w:r>
    </w:p>
    <w:p/>
    <w:p/>
    <w:p>
      <w:r>
        <w:rPr>
          <w:b/>
          <w:sz w:val="20"/>
        </w:rPr>
        <w:t>Oggetto: Contestazione per lavori non eseguiti a regola d'arte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Con la presente, in qualità di committente dei lavori eseguiti presso il seguente indirizzo: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desidero formalmente contestare la qualità degli interventi realizzati, in quanto ritenuti non conformi agli standard tecnici e normativi previsti dalla normativa vigente e non eseguiti a regola d’arte.</w:t>
      </w:r>
    </w:p>
    <w:p/>
    <w:p>
      <w:r>
        <w:rPr>
          <w:b/>
          <w:sz w:val="20"/>
        </w:rPr>
        <w:t>In particolare, si evidenziano le seguenti non conformità e difformità rilevate:</w:t>
      </w:r>
    </w:p>
    <w:p>
      <w:r>
        <w:rPr>
          <w:b w:val="0"/>
          <w:sz w:val="20"/>
        </w:rPr>
        <w:t>- 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</w:t>
      </w:r>
    </w:p>
    <w:p/>
    <w:p>
      <w:r>
        <w:rPr>
          <w:b w:val="0"/>
          <w:sz w:val="20"/>
        </w:rPr>
        <w:t>Tali difformità comportano un grave pregiudizio alla funzionalità, alla sicurezza e all’estetica dell’opera, nonché un potenziale danno economico per il sottoscritto committente.</w:t>
      </w:r>
    </w:p>
    <w:p/>
    <w:p>
      <w:r>
        <w:rPr>
          <w:b w:val="0"/>
          <w:sz w:val="20"/>
        </w:rPr>
        <w:t>Si richiama pertanto l'obbligo, ai sensi degli artt. 1667 e seguenti del Codice Civile, di eseguire i lavori a regola d'arte e di porre rimedio alle difformità entro un termine congruo, al fine di evitare ogni ulteriore azione giudiziaria o risarcitoria.</w:t>
      </w:r>
    </w:p>
    <w:p/>
    <w:p>
      <w:r>
        <w:rPr>
          <w:b w:val="0"/>
          <w:sz w:val="20"/>
        </w:rPr>
        <w:t>Si richiede pertanto di voler intervenire tempestivamente per la riparazione, la sostituzione o la corretta esecuzione delle opere difettose, con decorrenza immediata dalla ricezione della presente comunicazione.</w:t>
      </w:r>
    </w:p>
    <w:p/>
    <w:p>
      <w:r>
        <w:rPr>
          <w:b w:val="0"/>
          <w:sz w:val="20"/>
        </w:rPr>
        <w:t>In mancanza di un riscontro positivo entro 15 (quindici) giorni dal ricevimento della presente, mi riservo di tutelare i miei diritti nelle sedi opportune, ivi inclusa la richiesta di risarcimento danni e l’attivazione delle procedure previste dalla legge.</w:t>
      </w:r>
    </w:p>
    <w:p/>
    <w:p>
      <w:r>
        <w:rPr>
          <w:b/>
          <w:sz w:val="20"/>
        </w:rPr>
        <w:t>Distinti saluti,</w:t>
      </w:r>
    </w:p>
    <w:p/>
    <w:p/>
    <w:p/>
    <w:p/>
    <w:p>
      <w:r>
        <w:rPr>
          <w:b w:val="0"/>
          <w:sz w:val="20"/>
        </w:rPr>
        <w:t>Firma: __________________________________________</w:t>
      </w:r>
    </w:p>
    <w:p>
      <w:r>
        <w:rPr>
          <w:b w:val="0"/>
          <w:sz w:val="20"/>
        </w:rPr>
        <w:t>Luogo: __________________________________________</w:t>
      </w:r>
    </w:p>
    <w:p>
      <w:r>
        <w:rPr>
          <w:b w:val="0"/>
          <w:sz w:val="20"/>
        </w:rPr>
        <w:t>Data: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https://esperto-lettere.com/fac-simile-lettera-contestazione-lavori-non-eseguiti-a-regola-d-arte/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contestazione-lavori-non-eseguiti-a-regola-d-art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