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CONSEGNA BUONI WELFARE</w:t>
      </w:r>
    </w:p>
    <w:p/>
    <w:p/>
    <w:p>
      <w:r>
        <w:rPr>
          <w:b w:val="0"/>
          <w:sz w:val="20"/>
        </w:rPr>
        <w:t>Spettabile</w:t>
      </w:r>
    </w:p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Via/Piazza ________________________________</w:t>
      </w:r>
    </w:p>
    <w:p>
      <w:r>
        <w:rPr>
          <w:b w:val="0"/>
          <w:sz w:val="20"/>
        </w:rPr>
        <w:t>CAP ________ Città _________________________</w:t>
      </w:r>
    </w:p>
    <w:p/>
    <w:p/>
    <w:p>
      <w:r>
        <w:rPr>
          <w:b/>
          <w:sz w:val="20"/>
        </w:rPr>
        <w:t>Oggetto: Consegna Buoni Welfare</w:t>
      </w:r>
    </w:p>
    <w:p/>
    <w:p>
      <w:r>
        <w:rPr>
          <w:b w:val="0"/>
          <w:sz w:val="20"/>
        </w:rPr>
        <w:t>Con la presente, la scrivente società, in qualità di datore di lavoro, comunica di aver consegnato al/la Sig./Sig.ra ________________________________________________, dipendente con rapporto di lavoro subordinato, i buoni welfare di seguito dettagliati, ai sensi della normativa vigente in materia di welfare aziendale e benefit dipendenti.</w:t>
      </w:r>
    </w:p>
    <w:p/>
    <w:p>
      <w:r>
        <w:rPr>
          <w:b/>
          <w:sz w:val="20"/>
        </w:rPr>
        <w:t>Dettaglio Buoni Welfare consegnati:</w:t>
      </w:r>
    </w:p>
    <w:p>
      <w:r>
        <w:rPr>
          <w:b w:val="0"/>
          <w:sz w:val="20"/>
        </w:rPr>
        <w:t>- Numero buoni consegnati: ____________________________</w:t>
      </w:r>
    </w:p>
    <w:p>
      <w:r>
        <w:rPr>
          <w:b w:val="0"/>
          <w:sz w:val="20"/>
        </w:rPr>
        <w:t>- Valore nominale complessivo: € _______________________</w:t>
      </w:r>
    </w:p>
    <w:p>
      <w:r>
        <w:rPr>
          <w:b w:val="0"/>
          <w:sz w:val="20"/>
        </w:rPr>
        <w:t>- Tipo di buoni welfare: __________________________________</w:t>
      </w:r>
    </w:p>
    <w:p>
      <w:r>
        <w:rPr>
          <w:b w:val="0"/>
          <w:sz w:val="20"/>
        </w:rPr>
        <w:t>- Periodo di validità: ____________________________________</w:t>
      </w:r>
    </w:p>
    <w:p/>
    <w:p>
      <w:r>
        <w:rPr>
          <w:b w:val="0"/>
          <w:sz w:val="20"/>
        </w:rPr>
        <w:t>Il/la dipendente si impegna ad utilizzare i buoni welfare esclusivamente per le finalità previste dalla normativa di riferimento e secondo le modalità indicate dall'ente emittente.</w:t>
      </w:r>
    </w:p>
    <w:p/>
    <w:p>
      <w:r>
        <w:rPr>
          <w:b w:val="0"/>
          <w:sz w:val="20"/>
        </w:rPr>
        <w:t>La presente lettera costituisce prova della consegna dei buoni welfare e sarà conservata agli atti dell'azienda, nel rispetto della normativa sulla privacy e sulla documentazione obbligatoria.</w:t>
      </w:r>
    </w:p>
    <w:p/>
    <w:p/>
    <w:p>
      <w:r>
        <w:rPr>
          <w:b/>
          <w:sz w:val="20"/>
        </w:rPr>
        <w:t>Si precisa inoltre che:</w:t>
      </w:r>
    </w:p>
    <w:p>
      <w:r>
        <w:rPr>
          <w:b w:val="0"/>
          <w:sz w:val="20"/>
        </w:rPr>
        <w:t>1. I buoni welfare sono personali e non trasferibili.</w:t>
      </w:r>
    </w:p>
    <w:p>
      <w:r>
        <w:rPr>
          <w:b w:val="0"/>
          <w:sz w:val="20"/>
        </w:rPr>
        <w:t>2. L'utilizzo improprio dei buoni comporta responsabilità disciplinare e/o civile, secondo quanto previsto dalla legge.</w:t>
      </w:r>
    </w:p>
    <w:p>
      <w:r>
        <w:rPr>
          <w:b w:val="0"/>
          <w:sz w:val="20"/>
        </w:rPr>
        <w:t>3. La società non si assume responsabilità per eventuali smarrimenti o uso non autorizzato dei buoni dopo la consegna.</w:t>
      </w:r>
    </w:p>
    <w:p/>
    <w:p/>
    <w:p>
      <w:r>
        <w:rPr>
          <w:b w:val="0"/>
          <w:sz w:val="20"/>
        </w:rPr>
        <w:t>Luogo : ____________________________________________</w:t>
      </w:r>
    </w:p>
    <w:p>
      <w:r>
        <w:rPr>
          <w:b w:val="0"/>
          <w:sz w:val="20"/>
        </w:rPr>
        <w:t>Data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https://esperto-lettere.com/fac-simile-lettera-consegna-buoni-welfare/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nsegna-buoni-welfar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