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CON PIÙ DESTINATARI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Nome/Ragione Sociale : ________________________________________________</w:t>
      </w:r>
    </w:p>
    <w:p>
      <w:r>
        <w:rPr>
          <w:b w:val="0"/>
          <w:sz w:val="20"/>
        </w:rPr>
        <w:t>Indirizzo : ____________________________________________________________</w:t>
      </w:r>
    </w:p>
    <w:p>
      <w:r>
        <w:rPr>
          <w:b w:val="0"/>
          <w:sz w:val="20"/>
        </w:rPr>
        <w:t>CAP, Città, Provincia : _________________________________________________</w:t>
      </w:r>
    </w:p>
    <w:p>
      <w:r>
        <w:rPr>
          <w:b w:val="0"/>
          <w:sz w:val="20"/>
        </w:rPr>
        <w:t>Codice Fiscale / P.IVA : _______________________________________________</w:t>
      </w:r>
    </w:p>
    <w:p>
      <w:r>
        <w:rPr>
          <w:b w:val="0"/>
          <w:sz w:val="20"/>
        </w:rPr>
        <w:t>Telefono / Email : _____________________________________________________</w:t>
      </w:r>
    </w:p>
    <w:p/>
    <w:p/>
    <w:p>
      <w:r>
        <w:rPr>
          <w:b/>
          <w:sz w:val="20"/>
        </w:rPr>
        <w:t>Destinatari: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Destinatario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Destinatario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Nome / Ragione Sociale : 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Nome / Ragione Sociale : 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Indirizzo : ____________________________________________________________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Indirizzo : ____________________________________________________________</w:t>
            </w:r>
          </w:p>
        </w:tc>
      </w:tr>
    </w:tbl>
    <w:p/>
    <w:p/>
    <w:p>
      <w:r>
        <w:rPr>
          <w:b/>
          <w:sz w:val="20"/>
        </w:rPr>
        <w:t>Oggetto:</w:t>
      </w:r>
    </w:p>
    <w:p>
      <w:r>
        <w:rPr>
          <w:b w:val="0"/>
          <w:sz w:val="20"/>
        </w:rPr>
        <w:t>_________________________________________________________________________</w:t>
      </w:r>
    </w:p>
    <w:p/>
    <w:p/>
    <w:p>
      <w:r>
        <w:rPr>
          <w:b w:val="0"/>
          <w:sz w:val="20"/>
        </w:rPr>
        <w:t>Gentili Destinatari,</w:t>
      </w:r>
    </w:p>
    <w:p/>
    <w:p>
      <w:r>
        <w:rPr>
          <w:b w:val="0"/>
          <w:sz w:val="20"/>
        </w:rPr>
        <w:t>Con la presente, la scrivente intende comunicare quanto segue, nel pieno rispetto delle normative vigenti e degli accordi intercorsi tra le parti. Si invitano i destinatari a prendere in considerazione quanto esposto, garantendo la massima attenzione e collaborazione.</w:t>
      </w:r>
    </w:p>
    <w:p/>
    <w:p>
      <w:r>
        <w:rPr>
          <w:b/>
          <w:sz w:val="20"/>
        </w:rPr>
        <w:t>Premesso che:</w:t>
      </w:r>
    </w:p>
    <w:p>
      <w:r>
        <w:rPr>
          <w:b w:val="0"/>
          <w:sz w:val="20"/>
        </w:rPr>
        <w:t>a) La presente comunicazione ha valore formale e vincolante nei confronti di tutti i destinatari;</w:t>
      </w:r>
    </w:p>
    <w:p>
      <w:r>
        <w:rPr>
          <w:b w:val="0"/>
          <w:sz w:val="20"/>
        </w:rPr>
        <w:t>b) Ogni destinatario è tenuto a rispettare i termini e le condizioni contenute nella presente lettera;</w:t>
      </w:r>
    </w:p>
    <w:p>
      <w:r>
        <w:rPr>
          <w:b w:val="0"/>
          <w:sz w:val="20"/>
        </w:rPr>
        <w:t>c) Eventuali risposte o comunicazioni dovranno essere inviate entro i termini stabiliti, pena l'applicazione delle conseguenze previste dalla legge.</w:t>
      </w:r>
    </w:p>
    <w:p/>
    <w:p>
      <w:r>
        <w:rPr>
          <w:b w:val="0"/>
          <w:sz w:val="20"/>
        </w:rPr>
        <w:t>Si richiede pertanto la cortese attenzione e la collaborazione necessaria per la corretta gestione della presente comunicazione, restando a disposizione per eventuali chiarimenti o approfondimenti.</w:t>
      </w:r>
    </w:p>
    <w:p/>
    <w:p/>
    <w:p>
      <w:r>
        <w:rPr>
          <w:b w:val="0"/>
          <w:sz w:val="20"/>
        </w:rPr>
        <w:t>Cordiali saluti,</w:t>
      </w:r>
    </w:p>
    <w:p/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Firma del Mittente</w:t>
      </w:r>
    </w:p>
    <w:p/>
    <w:p/>
    <w:p>
      <w:r>
        <w:rPr>
          <w:b w:val="0"/>
          <w:sz w:val="20"/>
        </w:rPr>
        <w:t>Luogo : _____________________________________</w:t>
      </w:r>
    </w:p>
    <w:p>
      <w:r>
        <w:rPr>
          <w:b w:val="0"/>
          <w:sz w:val="20"/>
        </w:rPr>
        <w:t>Firma : _____________________________________</w:t>
      </w:r>
    </w:p>
    <w:p/>
    <w:p/>
    <w:p>
      <w:r>
        <w:rPr>
          <w:b/>
          <w:sz w:val="20"/>
        </w:rPr>
        <w:t>Allegati: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/>
    <w:p/>
    <w:p>
      <w:r>
        <w:rPr>
          <w:b/>
          <w:sz w:val="20"/>
        </w:rPr>
        <w:t>Note legali:</w:t>
      </w:r>
    </w:p>
    <w:p>
      <w:r>
        <w:rPr>
          <w:b w:val="0"/>
          <w:sz w:val="20"/>
        </w:rPr>
        <w:t>La presente lettera è redatta in conformità alla normativa italiana vigente. Ogni destinatario è tenuto a rispettare le disposizioni qui contenute. In caso di controversie, le parti si impegnano a ricercare una soluzione bonaria, fatti salvi i diritti di legge.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Destinatario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Destinatario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https://esperto-lettere.com/fac-simile-lettera-con-piu-destinatari/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con-piu-destinatari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