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Comunicazione Secondo Lavoro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Cognome: ________________________________________________</w:t>
      </w:r>
    </w:p>
    <w:p>
      <w:r>
        <w:rPr>
          <w:b w:val="0"/>
          <w:sz w:val="20"/>
        </w:rPr>
        <w:t>Indirizzo: _____________________________________________________</w:t>
      </w:r>
    </w:p>
    <w:p>
      <w:r>
        <w:rPr>
          <w:b w:val="0"/>
          <w:sz w:val="20"/>
        </w:rPr>
        <w:t>Telefono: ______________________________________________________</w:t>
      </w:r>
    </w:p>
    <w:p>
      <w:r>
        <w:rPr>
          <w:b w:val="0"/>
          <w:sz w:val="20"/>
        </w:rPr>
        <w:t>Email: _________________________________________________________</w:t>
      </w:r>
    </w:p>
    <w:p/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Azienda: _________________________________________________</w:t>
      </w:r>
    </w:p>
    <w:p>
      <w:r>
        <w:rPr>
          <w:b w:val="0"/>
          <w:sz w:val="20"/>
        </w:rPr>
        <w:t>Indirizzo Sede Legale: __________________________________________</w:t>
      </w:r>
    </w:p>
    <w:p>
      <w:r>
        <w:rPr>
          <w:b w:val="0"/>
          <w:sz w:val="20"/>
        </w:rPr>
        <w:t>All’attenzione del Responsabile Risorse Umane / Ufficio Personale</w:t>
      </w:r>
    </w:p>
    <w:p/>
    <w:p/>
    <w:p>
      <w:r>
        <w:rPr>
          <w:b/>
          <w:sz w:val="20"/>
        </w:rPr>
        <w:t>Oggetto: Comunicazione di svolgimento di attività lavorativa secondaria</w:t>
      </w:r>
    </w:p>
    <w:p/>
    <w:p/>
    <w:p>
      <w:r>
        <w:rPr>
          <w:b w:val="0"/>
          <w:sz w:val="20"/>
        </w:rPr>
        <w:t>Spett.le Azienda,</w:t>
      </w:r>
    </w:p>
    <w:p/>
    <w:p>
      <w:r>
        <w:rPr>
          <w:b w:val="0"/>
          <w:sz w:val="20"/>
        </w:rPr>
        <w:t>Con la presente, il/la sottoscritto/a, dipendente presso codesta azienda, intende comunicare formalmente l’inizio di una attività lavorativa secondaria, in conformità a quanto previsto dall’art. 2105 del Codice Civile e dal contratto collettivo nazionale di lavoro applicato, al fine di garantire la massima trasparenza e correttezza nei confronti del datore di lavoro.</w:t>
      </w:r>
    </w:p>
    <w:p/>
    <w:p>
      <w:r>
        <w:rPr>
          <w:b w:val="0"/>
          <w:sz w:val="20"/>
        </w:rPr>
        <w:t>Preciso che l’attività secondaria non interferirà con gli obblighi derivanti dal rapporto di lavoro principale, né comporterà concorrenza sleale, né utilizzo di risorse o informazioni riservate dell’azienda.</w:t>
      </w:r>
    </w:p>
    <w:p/>
    <w:p>
      <w:r>
        <w:rPr>
          <w:b w:val="0"/>
          <w:sz w:val="20"/>
        </w:rPr>
        <w:t>Resto a disposizione per qualsiasi ulteriore chiarimento e per fornire documentazione aggiuntiva qualora necessaria.</w:t>
      </w:r>
    </w:p>
    <w:p/>
    <w:p/>
    <w:p>
      <w:r>
        <w:rPr>
          <w:b w:val="0"/>
          <w:sz w:val="20"/>
        </w:rPr>
        <w:t>Ringraziando per l’attenzione, porgo distinti saluti.</w:t>
      </w:r>
    </w:p>
    <w:p/>
    <w:p/>
    <w:p/>
    <w:p>
      <w:pPr>
        <w:jc w:val="right"/>
      </w:pPr>
      <w:r>
        <w:rPr>
          <w:b w:val="0"/>
          <w:sz w:val="20"/>
        </w:rPr>
        <w:t>Firma: ___________________________</w:t>
      </w:r>
    </w:p>
    <w:p/>
    <w:p/>
    <w:p>
      <w:r>
        <w:rPr>
          <w:b w:val="0"/>
          <w:sz w:val="20"/>
        </w:rPr>
        <w:t>Luogo: __________________________     Data: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Firma Dipendente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Firma Datore di Lavoro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https://esperto-lettere.com/fac-simile-lettera-comunicazione-secondo-lavoro/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comunicazione-secondo-lavor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