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FAC SIMILE LETTERA AUMENTO STIPENDIO</w:t>
      </w:r>
    </w:p>
    <w:p/>
    <w:p/>
    <w:p>
      <w:r>
        <w:rPr>
          <w:b/>
          <w:sz w:val="20"/>
        </w:rPr>
        <w:t>Spett.le</w:t>
      </w:r>
    </w:p>
    <w:p>
      <w:r>
        <w:rPr>
          <w:b w:val="0"/>
          <w:sz w:val="20"/>
        </w:rPr>
        <w:t>Nome Azienda / Datore di Lavoro</w:t>
      </w:r>
    </w:p>
    <w:p>
      <w:r>
        <w:rPr>
          <w:b w:val="0"/>
          <w:sz w:val="20"/>
        </w:rPr>
        <w:t>Indirizzo</w:t>
      </w:r>
    </w:p>
    <w:p>
      <w:r>
        <w:rPr>
          <w:b w:val="0"/>
          <w:sz w:val="20"/>
        </w:rPr>
        <w:t>CAP Città</w:t>
      </w:r>
    </w:p>
    <w:p/>
    <w:p/>
    <w:p>
      <w:r>
        <w:rPr>
          <w:b/>
          <w:sz w:val="20"/>
        </w:rPr>
        <w:t>Oggetto: Richiesta di aumento stipendio</w:t>
      </w:r>
    </w:p>
    <w:p/>
    <w:p/>
    <w:p>
      <w:r>
        <w:rPr>
          <w:b w:val="0"/>
          <w:sz w:val="20"/>
        </w:rPr>
        <w:t>Egregio Signore / Gentile Signora,</w:t>
      </w:r>
    </w:p>
    <w:p/>
    <w:p>
      <w:r>
        <w:rPr>
          <w:b w:val="0"/>
          <w:sz w:val="20"/>
        </w:rPr>
        <w:t>con la presente desidero sottoporre alla Sua cortese attenzione la richiesta di un aumento della mia retribuzione mensile. Nel corso del mio rapporto di lavoro presso questa azienda, ho sempre svolto i miei compiti con dedizione, professionalità e impegno costante, contribuendo attivamente al raggiungimento degli obiettivi aziendali.</w:t>
      </w:r>
    </w:p>
    <w:p/>
    <w:p>
      <w:r>
        <w:rPr>
          <w:b w:val="0"/>
          <w:sz w:val="20"/>
        </w:rPr>
        <w:t>Ritengo che il mio contributo sia stato significativo, come dimostrano i risultati ottenuti, il rispetto delle scadenze e la collaborazione con il team. In considerazione di quanto sopra, e in linea con le politiche di mercato e le responsabilità assunte, Le chiedo di valutare favorevolmente un adeguamento della mia retribuzione.</w:t>
      </w:r>
    </w:p>
    <w:p/>
    <w:p>
      <w:r>
        <w:rPr>
          <w:b w:val="0"/>
          <w:sz w:val="20"/>
        </w:rPr>
        <w:t>Sono disponibile a un incontro per discutere nel dettaglio questa richiesta e per fornire ulteriori chiarimenti o documentazione a supporto. Confido in una Sua cortese risposta e nel riconoscimento del mio impegno all’interno dell’azienda.</w:t>
      </w:r>
    </w:p>
    <w:p/>
    <w:p>
      <w:r>
        <w:rPr>
          <w:b w:val="0"/>
          <w:sz w:val="20"/>
        </w:rPr>
        <w:t>RingraziandoLa anticipatamente per l’attenzione, porgo distinti saluti.</w:t>
      </w:r>
    </w:p>
    <w:p/>
    <w:p/>
    <w:p/>
    <w:p>
      <w:r>
        <w:rPr>
          <w:b/>
          <w:sz w:val="20"/>
        </w:rPr>
        <w:t>Firma</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______________________________</w:t>
            </w:r>
          </w:p>
        </w:tc>
        <w:tc>
          <w:tcPr>
            <w:tcW w:type="dxa" w:w="4986"/>
            <w:tcBorders>
              <w:top w:val="nil"/>
              <w:left w:val="nil"/>
              <w:bottom w:val="nil"/>
              <w:right w:val="nil"/>
              <w:insideH w:val="nil"/>
              <w:insideV w:val="nil"/>
            </w:tcBorders>
          </w:tcPr>
          <w:p>
            <w:pPr>
              <w:jc w:val="center"/>
            </w:pPr>
            <w:r>
              <w:t>______________________________</w:t>
            </w:r>
          </w:p>
        </w:tc>
      </w:tr>
      <w:tr>
        <w:tc>
          <w:tcPr>
            <w:tcW w:type="dxa" w:w="4986"/>
            <w:tcBorders>
              <w:top w:val="nil"/>
              <w:left w:val="nil"/>
              <w:bottom w:val="nil"/>
              <w:right w:val="nil"/>
              <w:insideH w:val="nil"/>
              <w:insideV w:val="nil"/>
            </w:tcBorders>
          </w:tcPr>
          <w:p>
            <w:pPr>
              <w:jc w:val="center"/>
            </w:pPr>
            <w:r>
              <w:t>Firma Richiedente</w:t>
            </w:r>
          </w:p>
        </w:tc>
        <w:tc>
          <w:tcPr>
            <w:tcW w:type="dxa" w:w="4986"/>
            <w:tcBorders>
              <w:top w:val="nil"/>
              <w:left w:val="nil"/>
              <w:bottom w:val="nil"/>
              <w:right w:val="nil"/>
              <w:insideH w:val="nil"/>
              <w:insideV w:val="nil"/>
            </w:tcBorders>
          </w:tcPr>
          <w:p>
            <w:pPr>
              <w:jc w:val="center"/>
            </w:pPr>
            <w:r>
              <w:t>Firma Datore di Lavoro</w:t>
            </w:r>
          </w:p>
        </w:tc>
      </w:tr>
    </w:tbl>
    <w:p>
      <w:r>
        <w:br w:type="page"/>
      </w:r>
    </w:p>
    <w:p>
      <w:pPr>
        <w:jc w:val="center"/>
      </w:pPr>
      <w:r>
        <w:rPr>
          <w:color w:val="555555"/>
          <w:sz w:val="24"/>
        </w:rPr>
        <w:t>Fonte originale di questo documento:</w:t>
      </w:r>
    </w:p>
    <w:p>
      <w:pPr>
        <w:jc w:val="center"/>
      </w:pPr>
      <w:hyperlink r:id="rId9">
        <w:r>
          <w:rPr>
            <w:color w:val="0000FF"/>
            <w:u w:val="single"/>
          </w:rPr>
          <w:t>https://esperto-lettere.com/fac-simile-lettera-aumento-stipendio/</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https://esperto-lettere.com</w:t>
        </w:r>
      </w:hyperlink>
    </w:p>
    <w:p>
      <w:pPr>
        <w:jc w:val="center"/>
      </w:pPr>
      <w:r>
        <w:rPr>
          <w:color w:val="808080"/>
          <w:sz w:val="20"/>
        </w:rPr>
        <w:t>Questo modello è destinato esclusivamente a un uso personale e non commerciale.</w:t>
        <w:br/>
        <w:t>Qualsiasi diffusione o pubblicazione deve citare obbligatoriamente la fonte. © esperto-lettere.com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lettere.com/fac-simile-lettera-aumento-stipendio/" TargetMode="External"/><Relationship Id="rId10" Type="http://schemas.openxmlformats.org/officeDocument/2006/relationships/hyperlink" Target="https://esperto-lette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