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FAC SIMILE LETTERA AI CONFINANTI PER VENDITA TERRENO</w:t>
      </w:r>
    </w:p>
    <w:p/>
    <w:p/>
    <w:p>
      <w:r>
        <w:rPr>
          <w:b/>
          <w:sz w:val="20"/>
        </w:rPr>
        <w:t>Mittente:</w:t>
      </w:r>
    </w:p>
    <w:p>
      <w:r>
        <w:rPr>
          <w:b w:val="0"/>
          <w:sz w:val="20"/>
        </w:rPr>
        <w:t>Nome e Cognome / Ragione Sociale: _________________________________________</w:t>
      </w:r>
    </w:p>
    <w:p>
      <w:r>
        <w:rPr>
          <w:b w:val="0"/>
          <w:sz w:val="20"/>
        </w:rPr>
        <w:t>Indirizzo: ________________________________________________________________</w:t>
      </w:r>
    </w:p>
    <w:p>
      <w:r>
        <w:rPr>
          <w:b w:val="0"/>
          <w:sz w:val="20"/>
        </w:rPr>
        <w:t>CAP, Città, Provincia: _____________________________________________________</w:t>
      </w:r>
    </w:p>
    <w:p>
      <w:r>
        <w:rPr>
          <w:b w:val="0"/>
          <w:sz w:val="20"/>
        </w:rPr>
        <w:t>Telefono: _________________________________________________________________</w:t>
      </w:r>
    </w:p>
    <w:p>
      <w:r>
        <w:rPr>
          <w:b w:val="0"/>
          <w:sz w:val="20"/>
        </w:rPr>
        <w:t>Email: ___________________________________________________________________</w:t>
      </w:r>
    </w:p>
    <w:p/>
    <w:p/>
    <w:p>
      <w:r>
        <w:rPr>
          <w:b/>
          <w:sz w:val="20"/>
        </w:rPr>
        <w:t>Destinatari:</w:t>
      </w:r>
    </w:p>
    <w:p>
      <w:r>
        <w:rPr>
          <w:b w:val="0"/>
          <w:sz w:val="20"/>
        </w:rPr>
        <w:t>Sig./Sig.ra / Ragione Sociale Confinante 1: _________________________________</w:t>
      </w:r>
    </w:p>
    <w:p>
      <w:r>
        <w:rPr>
          <w:b w:val="0"/>
          <w:sz w:val="20"/>
        </w:rPr>
        <w:t>Indirizzo: ________________________________________________________________</w:t>
      </w:r>
    </w:p>
    <w:p>
      <w:r>
        <w:rPr>
          <w:b w:val="0"/>
          <w:sz w:val="20"/>
        </w:rPr>
        <w:t>CAP, Città, Provincia: _____________________________________________________</w:t>
      </w:r>
    </w:p>
    <w:p/>
    <w:p>
      <w:r>
        <w:rPr>
          <w:b w:val="0"/>
          <w:sz w:val="20"/>
        </w:rPr>
        <w:t>Sig./Sig.ra / Ragione Sociale Confinante 2: _________________________________</w:t>
      </w:r>
    </w:p>
    <w:p>
      <w:r>
        <w:rPr>
          <w:b w:val="0"/>
          <w:sz w:val="20"/>
        </w:rPr>
        <w:t>Indirizzo: ________________________________________________________________</w:t>
      </w:r>
    </w:p>
    <w:p>
      <w:r>
        <w:rPr>
          <w:b w:val="0"/>
          <w:sz w:val="20"/>
        </w:rPr>
        <w:t>CAP, Città, Provincia: _____________________________________________________</w:t>
      </w:r>
    </w:p>
    <w:p/>
    <w:p/>
    <w:p>
      <w:r>
        <w:rPr>
          <w:b/>
          <w:sz w:val="20"/>
        </w:rPr>
        <w:t>Oggetto: Comunicazione di vendita terreno confinante</w:t>
      </w:r>
    </w:p>
    <w:p/>
    <w:p/>
    <w:p>
      <w:r>
        <w:rPr>
          <w:b/>
          <w:sz w:val="20"/>
        </w:rPr>
        <w:t>Spett.li Confinanti,</w:t>
      </w:r>
    </w:p>
    <w:p/>
    <w:p>
      <w:r>
        <w:rPr>
          <w:b w:val="0"/>
          <w:sz w:val="20"/>
        </w:rPr>
        <w:t>Il/La sottoscritto/a, proprietario/a del terreno sito in ____________________________, identificato al catasto con i seguenti dati: particella ____________, foglio ____________, intende procedere alla vendita dello stesso.</w:t>
      </w:r>
    </w:p>
    <w:p/>
    <w:p>
      <w:r>
        <w:rPr>
          <w:b w:val="0"/>
          <w:sz w:val="20"/>
        </w:rPr>
        <w:t>In ottemperanza ai principi di buona vicinanza e ai sensi dell'art. 1071 e seguenti del Codice Civile, ritengo opportuno informarVi preventivamente della suddetta intenzione, al fine di garantire la massima trasparenza e collaborazione tra le parti coinvolte.</w:t>
      </w:r>
    </w:p>
    <w:p/>
    <w:p>
      <w:r>
        <w:rPr>
          <w:b w:val="0"/>
          <w:sz w:val="20"/>
        </w:rPr>
        <w:t>Qualora foste interessati o aveste necessità di maggiori informazioni relative alla vendita o alle caratteristiche del terreno, Vi invito a contattarmi ai recapiti sopra indicati.</w:t>
      </w:r>
    </w:p>
    <w:p/>
    <w:p>
      <w:r>
        <w:rPr>
          <w:b w:val="0"/>
          <w:sz w:val="20"/>
        </w:rPr>
        <w:t>Resto altresì a disposizione per concordare un eventuale incontro per visionare il terreno e discutere eventuali aspetti di comune interesse.</w:t>
      </w:r>
    </w:p>
    <w:p/>
    <w:p>
      <w:r>
        <w:rPr>
          <w:b w:val="0"/>
          <w:sz w:val="20"/>
        </w:rPr>
        <w:t>Ringraziando per l'attenzione, porgo distinti saluti.</w:t>
      </w:r>
    </w:p>
    <w:p/>
    <w:p/>
    <w:p>
      <w:r>
        <w:rPr>
          <w:b w:val="0"/>
          <w:sz w:val="20"/>
        </w:rPr>
        <w:t>Cordiali saluti,</w:t>
      </w:r>
    </w:p>
    <w:p/>
    <w:p/>
    <w:p/>
    <w:p/>
    <w:p>
      <w:pPr>
        <w:jc w:val="center"/>
      </w:pPr>
      <w:r>
        <w:rPr>
          <w:b w:val="0"/>
          <w:sz w:val="20"/>
        </w:rPr>
        <w:t>_______________________________</w:t>
      </w:r>
    </w:p>
    <w:p>
      <w:pPr>
        <w:jc w:val="center"/>
      </w:pPr>
      <w:r>
        <w:rPr>
          <w:b w:val="0"/>
          <w:sz w:val="20"/>
        </w:rPr>
        <w:t>Firma del Mittente</w:t>
      </w:r>
    </w:p>
    <w:p/>
    <w:p/>
    <w:p>
      <w:r>
        <w:rPr>
          <w:b w:val="0"/>
          <w:sz w:val="20"/>
        </w:rPr>
        <w:t>Luogo: ____________________________</w:t>
      </w:r>
    </w:p>
    <w:p>
      <w:r>
        <w:rPr>
          <w:b w:val="0"/>
          <w:sz w:val="20"/>
        </w:rPr>
        <w:t>Data: 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Mittente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Destinatario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t>Firma: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t>Firma: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https://esperto-lettere.com/fac-simile-lettera-ai-confinanti-per-vendita-terreno/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https://esperto-lettere.com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esperto-lettere.com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sperto-lettere.com/fac-simile-lettera-ai-confinanti-per-vendita-terreno/" TargetMode="External"/><Relationship Id="rId10" Type="http://schemas.openxmlformats.org/officeDocument/2006/relationships/hyperlink" Target="https://esperto-letter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