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ACCETTAZIONE PREVENTIVO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Via ____________________________</w:t>
      </w:r>
    </w:p>
    <w:p>
      <w:r>
        <w:rPr>
          <w:b w:val="0"/>
          <w:sz w:val="20"/>
        </w:rPr>
        <w:t>CAP ____________ - Città __________________</w:t>
      </w:r>
    </w:p>
    <w:p/>
    <w:p/>
    <w:p>
      <w:r>
        <w:rPr>
          <w:b/>
          <w:sz w:val="20"/>
        </w:rPr>
        <w:t>Oggetto: Accettazione preventivo</w:t>
      </w:r>
    </w:p>
    <w:p/>
    <w:p>
      <w:r>
        <w:rPr>
          <w:b w:val="0"/>
          <w:sz w:val="20"/>
        </w:rPr>
        <w:t>Con la presente, il/la sottoscritto/a ____________________________________________________, in qualità di ______________________________, rappresentante della società ______________________________________________, con sede legale in ________________________________, CF/P.IVA ________________________________, dopo attenta valutazione, intende formalmente accettare il preventivo n. __________ ricevuto in data __________, relativo ai servizi/prodotti da voi proposti come da dettagli sottostanti.</w:t>
      </w:r>
    </w:p>
    <w:p/>
    <w:p>
      <w:r>
        <w:rPr>
          <w:b/>
          <w:sz w:val="20"/>
        </w:rPr>
        <w:t>Dettaglio preventivo accettato: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Si conferma pertanto l'impegno a procedere con l'esecuzione dell'incarico/fornitura alle condizioni economiche, tecniche e temporali indicate nel preventivo stesso.</w:t>
      </w:r>
    </w:p>
    <w:p/>
    <w:p>
      <w:r>
        <w:rPr>
          <w:b w:val="0"/>
          <w:sz w:val="20"/>
        </w:rPr>
        <w:t>Certi di una proficua collaborazione, restiamo a disposizione per ogni eventuale chiarimento o necessità di integrazione e confermiamo la nostra volontà di procedere secondo quanto sopra indicato.</w:t>
      </w:r>
    </w:p>
    <w:p/>
    <w:p/>
    <w:p>
      <w:r>
        <w:rPr>
          <w:b/>
          <w:sz w:val="20"/>
        </w:rPr>
        <w:t>Rimangono intese le seguenti condizioni:</w:t>
      </w:r>
    </w:p>
    <w:p>
      <w:r>
        <w:rPr>
          <w:b w:val="0"/>
          <w:sz w:val="20"/>
        </w:rPr>
        <w:t>1. Validità del preventivo: il presente preventivo è vincolante per entrambe le parti secondo quanto qui accettato.</w:t>
      </w:r>
    </w:p>
    <w:p>
      <w:r>
        <w:rPr>
          <w:b w:val="0"/>
          <w:sz w:val="20"/>
        </w:rPr>
        <w:t>2. Modalità di pagamento: si confermano le modalità e i termini di pagamento indicati nel preventivo.</w:t>
      </w:r>
    </w:p>
    <w:p>
      <w:r>
        <w:rPr>
          <w:b w:val="0"/>
          <w:sz w:val="20"/>
        </w:rPr>
        <w:t>3. Tempistiche: l'esecuzione del servizio/fornitura avverrà secondo i tempi indicati nel preventivo.</w:t>
      </w:r>
    </w:p>
    <w:p>
      <w:r>
        <w:rPr>
          <w:b w:val="0"/>
          <w:sz w:val="20"/>
        </w:rPr>
        <w:t>4. Controversie: eventuali controversie relative al presente accordo saranno risolte secondo la legislazione italiana vigente.</w:t>
      </w:r>
    </w:p>
    <w:p/>
    <w:p/>
    <w:p>
      <w:r>
        <w:rPr>
          <w:b w:val="0"/>
          <w:sz w:val="20"/>
        </w:rPr>
        <w:t>Luogo, ___________________________</w:t>
      </w:r>
    </w:p>
    <w:p>
      <w:r>
        <w:rPr>
          <w:b w:val="0"/>
          <w:sz w:val="20"/>
        </w:rPr>
        <w:t>Firma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Accettante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 Preventivo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https://esperto-lettere.com/fac-simile-lettera-accettazione-preventivo/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accettazione-preventiv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