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Al</w:t>
        <w:br/>
        <w:br/>
        <w:t>Signor Ambasciatore</w:t>
        <w:br/>
      </w:r>
    </w:p>
    <w:p>
      <w:r>
        <w:rPr>
          <w:b/>
          <w:sz w:val="20"/>
        </w:rPr>
        <w:t>_________________________________________</w:t>
        <w:br/>
        <w:br/>
      </w:r>
    </w:p>
    <w:p>
      <w:r>
        <w:rPr>
          <w:b w:val="0"/>
          <w:sz w:val="20"/>
        </w:rPr>
        <w:t>Presso la Sede dell'Ambasciata</w:t>
        <w:br/>
        <w:br/>
      </w:r>
    </w:p>
    <w:p>
      <w:pPr>
        <w:jc w:val="center"/>
      </w:pPr>
      <w:r>
        <w:rPr>
          <w:b/>
          <w:sz w:val="20"/>
        </w:rPr>
        <w:t>Oggetto: Lettera di Presentazione e Richiesta di Udienza</w:t>
      </w:r>
    </w:p>
    <w:p/>
    <w:p/>
    <w:p>
      <w:r>
        <w:rPr>
          <w:b w:val="0"/>
          <w:sz w:val="20"/>
        </w:rPr>
        <w:t>Egregio Signor Ambasciatore,</w:t>
      </w:r>
    </w:p>
    <w:p/>
    <w:p>
      <w:r>
        <w:rPr>
          <w:b w:val="0"/>
          <w:sz w:val="20"/>
        </w:rPr>
        <w:t>Con la presente, il sottoscritto/la sottoscritta desidera rivolgere i più cordiali saluti a Lei e all'intero staff dell'Ambasciata e augurare ogni successo nelle Sue attività diplomatiche e istituzionali.</w:t>
      </w:r>
    </w:p>
    <w:p/>
    <w:p>
      <w:r>
        <w:rPr>
          <w:b w:val="0"/>
          <w:sz w:val="20"/>
        </w:rPr>
        <w:t>In qualità di rappresentante di ______________________________ (indicare l’ente, la società o l’organizzazione), mi pregio di presentare alla S.V. una breve introduzione della nostra realtà e delle finalità per cui desideriamo instaurare un proficuo rapporto di collaborazione e dialogo con la Sua stimata Ambasciata.</w:t>
      </w:r>
    </w:p>
    <w:p/>
    <w:p>
      <w:r>
        <w:rPr>
          <w:b w:val="0"/>
          <w:sz w:val="20"/>
        </w:rPr>
        <w:t>La nostra organizzazione si occupa di _______________________________________________ (descrivere brevemente l’attività, il settore di interesse e le finalità principali). Riteniamo che una collaborazione con l’Ambasciata possa favorire lo sviluppo di iniziative comuni di interesse bilaterale e promuovere le relazioni culturali, economiche e sociali tra i nostri Paesi.</w:t>
      </w:r>
    </w:p>
    <w:p/>
    <w:p>
      <w:r>
        <w:rPr>
          <w:b w:val="0"/>
          <w:sz w:val="20"/>
        </w:rPr>
        <w:t>Con la presente, pertanto, desideriamo cortesemente richiedere un'udienza con Lei, Signor Ambasciatore, o con un Suo delegato, al fine di poter illustrare personalmente le nostre proposte e discutere possibili forme di cooperazione.</w:t>
      </w:r>
    </w:p>
    <w:p/>
    <w:p>
      <w:r>
        <w:rPr>
          <w:b w:val="0"/>
          <w:sz w:val="20"/>
        </w:rPr>
        <w:t>Rimaniamo a disposizione per concordare la data e l'orario dell'incontro, secondo le Sue disponibilità, e Le porgiamo anticipatamente i nostri più sentiti ringraziamenti per l'attenzione e la cortese accoglienza.</w:t>
      </w:r>
    </w:p>
    <w:p/>
    <w:p/>
    <w:p>
      <w:r>
        <w:rPr>
          <w:b w:val="0"/>
          <w:sz w:val="20"/>
        </w:rPr>
        <w:t>Certi di un Suo positivo riscontro, cogliamo l'occasione per porgere i nostri più distinti saluti.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Luogo: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t>Firma:</w:t>
              <w:br/>
              <w:br/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t>Nome e Cognome:</w:t>
              <w:br/>
              <w:br/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Qualifica:</w:t>
              <w:br/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Recapito:</w:t>
              <w:br/>
              <w:t>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https://esperto-lettere.com/fac-simile-di-lettera-ad-un-ambasciatore/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di-lettera-ad-un-ambasciator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