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SEGNALAZIONE PER DISTURBI DA RUMORI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Indirizzo: ______________________________________________________</w:t>
      </w:r>
    </w:p>
    <w:p>
      <w:r>
        <w:rPr>
          <w:b w:val="0"/>
          <w:sz w:val="20"/>
        </w:rPr>
        <w:t>CAP, Città: 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Indirizzo: ______________________________________________________</w:t>
      </w:r>
    </w:p>
    <w:p>
      <w:r>
        <w:rPr>
          <w:b w:val="0"/>
          <w:sz w:val="20"/>
        </w:rPr>
        <w:t>CAP, Città: _____________________________________________________</w:t>
      </w:r>
    </w:p>
    <w:p/>
    <w:p/>
    <w:p>
      <w:r>
        <w:rPr>
          <w:b/>
          <w:sz w:val="20"/>
        </w:rPr>
        <w:t>Oggetto: Segnalazione ufficiale per disturbi da rumori molesti</w:t>
      </w:r>
    </w:p>
    <w:p/>
    <w:p/>
    <w:p>
      <w:r>
        <w:rPr>
          <w:b w:val="0"/>
          <w:sz w:val="20"/>
        </w:rPr>
        <w:t>Spett.le Condominio / Sig.ri ____________________________________________________,</w:t>
      </w:r>
    </w:p>
    <w:p/>
    <w:p>
      <w:r>
        <w:rPr>
          <w:b w:val="0"/>
          <w:sz w:val="20"/>
        </w:rPr>
        <w:t>con la presente desidero portare alla Vostra attenzione un problema che si sta verificando continuativamente e che causa notevole disagio alla quiete e al benessere abitativo. Sono stato/a costretto/a a rilevare la presenza di rumori molesti provenienti dal Vostro appartamento che si manifestano con frequenza e intensità tali da compromettere la normale tranquillità del mio alloggio e dei vicini.</w:t>
      </w:r>
    </w:p>
    <w:p/>
    <w:p>
      <w:r>
        <w:rPr>
          <w:b w:val="0"/>
          <w:sz w:val="20"/>
        </w:rPr>
        <w:t>In particolare, i rumori consistono in: musica ad alto volume, urla, spostamenti di mobili e altri suoni eccessivamente forti che si verificano soprattutto nelle ore serali e notturne, oltre i limiti consentiti dalla normativa vigente in materia di inquinamento acustico (Legge 26 ottobre 1995, n. 447 e successive modifiche).</w:t>
      </w:r>
    </w:p>
    <w:p/>
    <w:p>
      <w:r>
        <w:rPr>
          <w:b w:val="0"/>
          <w:sz w:val="20"/>
        </w:rPr>
        <w:t>Vi invito pertanto a voler assumere tutti i necessari accorgimenti per porre fine a tali comportamenti, al fine di rispettare il diritto alla quiete e alla salute di tutti i condomini e vicini di casa, come tutelato dalla legge italiana.</w:t>
      </w:r>
    </w:p>
    <w:p/>
    <w:p>
      <w:r>
        <w:rPr>
          <w:b w:val="0"/>
          <w:sz w:val="20"/>
        </w:rPr>
        <w:t>Nel caso in cui tali disturbi dovessero persistere, mi vedrò costretto/a a segnalare formalmente la situazione alle autorità competenti, incluse le forze dell’ordine e gli enti preposti al controllo del rispetto delle normative sull’inquinamento acustico, per la tutela dei miei diritti.</w:t>
      </w:r>
    </w:p>
    <w:p/>
    <w:p>
      <w:r>
        <w:rPr>
          <w:b w:val="0"/>
          <w:sz w:val="20"/>
        </w:rPr>
        <w:t>Confidando in una pronta e positiva soluzione della questione, resto a disposizione per un eventuale confronto diretto e porgo distinti saluti.</w:t>
      </w:r>
    </w:p>
    <w:p/>
    <w:p/>
    <w:p>
      <w:r>
        <w:rPr>
          <w:b w:val="0"/>
          <w:sz w:val="20"/>
        </w:rPr>
        <w:t>Luogo: __________________________________________________________</w:t>
      </w:r>
    </w:p>
    <w:p>
      <w:r>
        <w:rPr>
          <w:b w:val="0"/>
          <w:sz w:val="20"/>
        </w:rPr>
        <w:t>Firma: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https://esperto-lettere.com/esempio-lettera-per-vicini-rumorosi/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lettera-per-vicini-rumorosi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