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LETTERA MEDIEVALE DI RICHIESTA E ADDEBITO</w:t>
      </w:r>
    </w:p>
    <w:p/>
    <w:p/>
    <w:p>
      <w:r>
        <w:rPr>
          <w:b w:val="0"/>
          <w:sz w:val="22"/>
        </w:rPr>
        <w:t>A Sua Eccellenza, Illustrissimo Signore e Protettore, in nome della giustizia e dell’onore,</w:t>
      </w:r>
    </w:p>
    <w:p>
      <w:r>
        <w:rPr>
          <w:b w:val="0"/>
          <w:sz w:val="22"/>
        </w:rPr>
        <w:t>noi sottoscritti, fedeli sudditi e servitori della Corona, rivolgiamo umile supplica e doveroso addebito per la somma dovuta e non ancora corrisposta.</w:t>
      </w:r>
    </w:p>
    <w:p/>
    <w:p>
      <w:r>
        <w:rPr>
          <w:b w:val="0"/>
          <w:sz w:val="22"/>
        </w:rPr>
        <w:t>Premesso che in data odierna è stato concluso il patto tra le nostre parti, per la fornitura di beni e servizi indispensabili al prosperare del Vostro dominio,</w:t>
      </w:r>
    </w:p>
    <w:p>
      <w:r>
        <w:rPr>
          <w:b w:val="0"/>
          <w:sz w:val="22"/>
        </w:rPr>
        <w:t>e che, secondo gli accordi verbali e scritti, l’importo pattuito doveva essere corrisposto entro il termine stabilito,</w:t>
      </w:r>
    </w:p>
    <w:p>
      <w:r>
        <w:rPr>
          <w:b w:val="0"/>
          <w:sz w:val="22"/>
        </w:rPr>
        <w:t>si rende noto che ad oggi il pagamento non è pervenuto, causando grave disagio e turbamento nella gestione delle nostre attività.</w:t>
      </w:r>
    </w:p>
    <w:p/>
    <w:p>
      <w:r>
        <w:rPr>
          <w:b w:val="0"/>
          <w:sz w:val="22"/>
        </w:rPr>
        <w:t>Con la presente, pertanto, si ordina e si richiede il saldo immediato di quanto dovuto, pari a __________ Fiorini d’Oro, a titolo di somma principale, senza ulteriori indugi né dilazioni,</w:t>
      </w:r>
    </w:p>
    <w:p>
      <w:r>
        <w:rPr>
          <w:b w:val="0"/>
          <w:sz w:val="22"/>
        </w:rPr>
        <w:t>affinché non si debba ricorrere a misure più severe, conformi alle leggi vigenti e al codice civile del Regno d’Italia.</w:t>
      </w:r>
    </w:p>
    <w:p/>
    <w:p>
      <w:r>
        <w:rPr>
          <w:b w:val="0"/>
          <w:sz w:val="22"/>
        </w:rPr>
        <w:t>Si rammenta che la mancata ottemperanza a questo invito comporterà l’applicazione di interessi di mora e l’avvio delle procedure legali per la tutela dei nostri diritti,</w:t>
      </w:r>
    </w:p>
    <w:p>
      <w:r>
        <w:rPr>
          <w:b w:val="0"/>
          <w:sz w:val="22"/>
        </w:rPr>
        <w:t>come previsto dalle normative in vigore e dai principi di equità e giustizia sanciti dalla nostra amata Patria.</w:t>
      </w:r>
    </w:p>
    <w:p/>
    <w:p>
      <w:r>
        <w:rPr>
          <w:b w:val="0"/>
          <w:sz w:val="22"/>
        </w:rPr>
        <w:t>Con fede e rispetto, confidiamo in un sollecito adempimento e nella continuazione di rapporti improntati alla lealtà e alla reciproca stima.</w:t>
      </w:r>
    </w:p>
    <w:p/>
    <w:p/>
    <w:p>
      <w:pPr>
        <w:jc w:val="center"/>
      </w:pPr>
      <w:r>
        <w:rPr>
          <w:b w:val="0"/>
          <w:sz w:val="22"/>
        </w:rPr>
        <w:t>Nel nome della giustizia e della verità,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Ricevente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Titolo: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Titolo: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https://esperto-lettere.com/esempio-lettera-medievale/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lettera-medieva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