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TESTIMONIANZA</w:t>
      </w:r>
    </w:p>
    <w:p/>
    <w:p/>
    <w:p>
      <w:r>
        <w:rPr>
          <w:b w:val="0"/>
          <w:sz w:val="20"/>
        </w:rPr>
        <w:t>Io sottoscritto/a,</w:t>
      </w:r>
    </w:p>
    <w:p>
      <w:r>
        <w:rPr>
          <w:b w:val="0"/>
          <w:sz w:val="20"/>
        </w:rPr>
        <w:t>Nome e Cognome : 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Residenza : ____________________________________________________</w:t>
      </w:r>
    </w:p>
    <w:p>
      <w:r>
        <w:rPr>
          <w:b w:val="0"/>
          <w:sz w:val="20"/>
        </w:rPr>
        <w:t>Telefono : _____________________________________________________</w:t>
      </w:r>
    </w:p>
    <w:p/>
    <w:p>
      <w:r>
        <w:rPr>
          <w:b/>
          <w:sz w:val="20"/>
        </w:rPr>
        <w:t>DICHIARO</w:t>
      </w:r>
    </w:p>
    <w:p>
      <w:r>
        <w:rPr>
          <w:b w:val="0"/>
          <w:sz w:val="20"/>
        </w:rPr>
        <w:t>di conoscere personalmente il Sig./la Sig.ra _______________________________________ e di poter fornire la presente testimonianza in merito alla sua persona e alle sue qualità.</w:t>
      </w:r>
    </w:p>
    <w:p/>
    <w:p>
      <w:r>
        <w:rPr>
          <w:b/>
          <w:sz w:val="20"/>
        </w:rPr>
        <w:t>Descrizione dettagliata della testimonianza:</w:t>
      </w:r>
    </w:p>
    <w:p>
      <w:r>
        <w:rPr>
          <w:b w:val="0"/>
          <w:sz w:val="20"/>
        </w:rPr>
        <w:t xml:space="preserve">Il/la Sig./Sig.ra ______________________________________________________, nel periodo in cui l'ho conosciuto/a, ha dimostrato integrità, diligenza e affidabilità. Ha sempre rispettato gli impegni assunti e si è contraddistinto/a per la correttezza nei rapporti interpersonali e professionali. In particolare, desidero evidenziare le seguenti qualità e comportamenti: </w:t>
      </w:r>
    </w:p>
    <w:p>
      <w:r>
        <w:rPr>
          <w:b w:val="0"/>
          <w:sz w:val="20"/>
        </w:rPr>
        <w:t>a) ________________________________________________</w:t>
      </w:r>
    </w:p>
    <w:p>
      <w:r>
        <w:rPr>
          <w:b w:val="0"/>
          <w:sz w:val="20"/>
        </w:rPr>
        <w:t>b) ________________________________________________</w:t>
      </w:r>
    </w:p>
    <w:p>
      <w:r>
        <w:rPr>
          <w:b w:val="0"/>
          <w:sz w:val="20"/>
        </w:rPr>
        <w:t>c) ________________________________________________</w:t>
      </w:r>
    </w:p>
    <w:p/>
    <w:p>
      <w:r>
        <w:rPr>
          <w:b w:val="0"/>
          <w:sz w:val="20"/>
        </w:rPr>
        <w:t>Questa testimonianza viene resa per tutti gli usi consentiti dalla legge e per comprovare la validità e serietà del/la Sig./Sig.ra ______________________________.</w:t>
      </w:r>
    </w:p>
    <w:p/>
    <w:p/>
    <w:p>
      <w:r>
        <w:rPr>
          <w:b w:val="0"/>
          <w:sz w:val="20"/>
        </w:rPr>
        <w:t>La presente lettera è redatta in conformità alla normativa vigente in materia di dichiarazioni e testimonianze personali, ai sensi degli artt. 46 e 47 del D.P.R. 28 dicembre 2000, n. 445 e successive modifiche.</w:t>
      </w:r>
    </w:p>
    <w:p/>
    <w:p/>
    <w:p>
      <w:r>
        <w:rPr>
          <w:b w:val="0"/>
          <w:sz w:val="20"/>
        </w:rPr>
        <w:t>Luogo : _______________________________________________</w:t>
      </w:r>
    </w:p>
    <w:p>
      <w:r>
        <w:rPr>
          <w:b w:val="0"/>
          <w:sz w:val="20"/>
        </w:rPr>
        <w:t>Firma del dichiarante : 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(eventuale)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https://esperto-lettere.com/esempio-lettera-di-testimonianza/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lettera-di-testimonianza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