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PRESENTAZIONE PER AFFITTO CASA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Cognome: ______________________________________________</w:t>
      </w:r>
    </w:p>
    <w:p>
      <w:r>
        <w:rPr>
          <w:b w:val="0"/>
          <w:sz w:val="20"/>
        </w:rPr>
        <w:t>Codice Fiscale: _______________________________________________</w:t>
      </w:r>
    </w:p>
    <w:p>
      <w:r>
        <w:rPr>
          <w:b w:val="0"/>
          <w:sz w:val="20"/>
        </w:rPr>
        <w:t>Indirizzo Residenza: __________________________________________</w:t>
      </w:r>
    </w:p>
    <w:p>
      <w:r>
        <w:rPr>
          <w:b w:val="0"/>
          <w:sz w:val="20"/>
        </w:rPr>
        <w:t>Telefono: _____________________________________________________</w:t>
      </w:r>
    </w:p>
    <w:p>
      <w:r>
        <w:rPr>
          <w:b w:val="0"/>
          <w:sz w:val="20"/>
        </w:rPr>
        <w:t>Email: _______________________________________________________</w:t>
      </w:r>
    </w:p>
    <w:p/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Nome e Cognome / Agenzia Immobiliare: _________________________</w:t>
      </w:r>
    </w:p>
    <w:p>
      <w:r>
        <w:rPr>
          <w:b w:val="0"/>
          <w:sz w:val="20"/>
        </w:rPr>
        <w:t>Indirizzo Immobile: ___________________________________________</w:t>
      </w:r>
    </w:p>
    <w:p/>
    <w:p/>
    <w:p>
      <w:r>
        <w:rPr>
          <w:b/>
          <w:sz w:val="20"/>
        </w:rPr>
        <w:t>Oggetto: Presentazione per la locazione dell’immobile in oggetto</w:t>
      </w:r>
    </w:p>
    <w:p/>
    <w:p/>
    <w:p>
      <w:r>
        <w:rPr>
          <w:b w:val="0"/>
          <w:sz w:val="20"/>
        </w:rPr>
        <w:t>Spettabile,</w:t>
      </w:r>
    </w:p>
    <w:p/>
    <w:p>
      <w:r>
        <w:rPr>
          <w:b w:val="0"/>
          <w:sz w:val="20"/>
        </w:rPr>
        <w:t>mi permetto di presentarmi come potenziale conduttore per l’immobile sopra indicato, con intento di stipulare un contratto di locazione ad uso abitativo.</w:t>
      </w:r>
    </w:p>
    <w:p/>
    <w:p>
      <w:r>
        <w:rPr>
          <w:b w:val="0"/>
          <w:sz w:val="20"/>
        </w:rPr>
        <w:t>Sono una persona seria e affidabile, con regolare contratto di lavoro e reddito stabile. A tal proposito, sono disponibile a fornire tutta la documentazione necessaria a comprovare la mia situazione reddituale e personale, inclusi referenze e garanzie.</w:t>
      </w:r>
    </w:p>
    <w:p/>
    <w:p>
      <w:r>
        <w:rPr>
          <w:b w:val="0"/>
          <w:sz w:val="20"/>
        </w:rPr>
        <w:t>L’immobile risponde perfettamente alle mie esigenze abitative e sono interessato a stabilire un rapporto di locazione duraturo e corretto, nel rispetto delle normative vigenti in materia di locazioni abitative in Italia.</w:t>
      </w:r>
    </w:p>
    <w:p/>
    <w:p>
      <w:r>
        <w:rPr>
          <w:b w:val="0"/>
          <w:sz w:val="20"/>
        </w:rPr>
        <w:t>Resto a disposizione per concordare un eventuale appuntamento per visionare l’immobile, nonché per fornire ulteriori informazioni o documenti richiesti.</w:t>
      </w:r>
    </w:p>
    <w:p/>
    <w:p>
      <w:r>
        <w:rPr>
          <w:b w:val="0"/>
          <w:sz w:val="20"/>
        </w:rPr>
        <w:t>Confidando in un cortese riscontro, porgo distinti saluti.</w:t>
      </w:r>
    </w:p>
    <w:p/>
    <w:p/>
    <w:p>
      <w:r>
        <w:rPr>
          <w:b/>
          <w:sz w:val="20"/>
        </w:rPr>
        <w:t>Firma del richiedente:</w:t>
      </w:r>
    </w:p>
    <w:p>
      <w:r>
        <w:rPr>
          <w:b w:val="0"/>
          <w:sz w:val="20"/>
        </w:rPr>
        <w:t>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Richiedente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Proprietario / Agenzia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https://esperto-lettere.com/esempio-lettera-di-presentazione-per-affitto-casa/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esempio-lettera-di-presentazione-per-affitto-casa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