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</w:t>
      </w:r>
    </w:p>
    <w:p/>
    <w:p/>
    <w:p>
      <w:r>
        <w:rPr>
          <w:b/>
          <w:sz w:val="20"/>
        </w:rPr>
        <w:t>Casa Editrice ______________________________</w:t>
      </w:r>
    </w:p>
    <w:p>
      <w:r>
        <w:rPr>
          <w:b w:val="0"/>
          <w:sz w:val="20"/>
        </w:rPr>
        <w:t>Alla cortese attenzione del Responsabile Editoriale</w:t>
      </w:r>
    </w:p>
    <w:p>
      <w:r>
        <w:rPr>
          <w:b w:val="0"/>
          <w:sz w:val="20"/>
        </w:rPr>
        <w:t>Indirizzo: ________________________________________________</w:t>
      </w:r>
    </w:p>
    <w:p>
      <w:r>
        <w:rPr>
          <w:b w:val="0"/>
          <w:sz w:val="20"/>
        </w:rPr>
        <w:t>CAP: ___________ Città: _________________________________</w:t>
      </w:r>
    </w:p>
    <w:p/>
    <w:p/>
    <w:p>
      <w:r>
        <w:rPr>
          <w:b/>
          <w:sz w:val="20"/>
        </w:rPr>
        <w:t>Oggetto: Presentazione manoscritto per possibile pubblicazione</w:t>
      </w:r>
    </w:p>
    <w:p/>
    <w:p/>
    <w:p>
      <w:r>
        <w:rPr>
          <w:b w:val="0"/>
          <w:sz w:val="20"/>
        </w:rPr>
        <w:t>Egregi Signori,</w:t>
      </w:r>
    </w:p>
    <w:p/>
    <w:p>
      <w:r>
        <w:rPr>
          <w:b w:val="0"/>
          <w:sz w:val="20"/>
        </w:rPr>
        <w:t>con la presente desidero sottoporre alla Vostra attenzione il mio manoscritto, intitolato "_________________________________________________________", che ritengo possa essere di interesse per la vostra casa editrice. Il testo si inserisce nel genere letterario di ___________________________ e si propone di offrire al lettore un contributo originale e ben strutturato.</w:t>
      </w:r>
    </w:p>
    <w:p/>
    <w:p>
      <w:r>
        <w:rPr>
          <w:b w:val="0"/>
          <w:sz w:val="20"/>
        </w:rPr>
        <w:t>Sono consapevole dell'impegno e della cura necessari per la pubblicazione di un'opera editoriale e sono disponibile a fornire qualsiasi ulteriore informazione o materiale che riteniate opportuno. Allego alla presente una sinossi del manoscritto e una breve biografia.</w:t>
      </w:r>
    </w:p>
    <w:p/>
    <w:p>
      <w:r>
        <w:rPr>
          <w:b w:val="0"/>
          <w:sz w:val="20"/>
        </w:rPr>
        <w:t>Confidando in un vostro cortese riscontro, resto a disposizione per un eventuale incontro o per approfondire qualsiasi aspetto della mia proposta editoriale.</w:t>
      </w:r>
    </w:p>
    <w:p/>
    <w:p/>
    <w:p>
      <w:r>
        <w:rPr>
          <w:b w:val="0"/>
          <w:sz w:val="20"/>
        </w:rPr>
        <w:t>Cordiali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 e Cognome: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Indirizzo: 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Telefono: ____________________  Email: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https://esperto-lettere.com/esempio-lettera-di-presentazione-casa-editrice/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lettera-di-presentazione-casa-editric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