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CONTESTAZIONE FORNITORE</w:t>
      </w:r>
    </w:p>
    <w:p/>
    <w:p/>
    <w:p>
      <w:r>
        <w:rPr>
          <w:b w:val="0"/>
          <w:sz w:val="20"/>
        </w:rPr>
        <w:t>Spett.le</w:t>
      </w:r>
    </w:p>
    <w:p>
      <w:r>
        <w:rPr>
          <w:b w:val="0"/>
          <w:sz w:val="20"/>
        </w:rPr>
        <w:t>Ragione Sociale : ________________________________________________</w:t>
      </w:r>
    </w:p>
    <w:p>
      <w:r>
        <w:rPr>
          <w:b w:val="0"/>
          <w:sz w:val="20"/>
        </w:rPr>
        <w:t>Indirizzo : _____________________________________________________</w:t>
      </w:r>
    </w:p>
    <w:p>
      <w:r>
        <w:rPr>
          <w:b w:val="0"/>
          <w:sz w:val="20"/>
        </w:rPr>
        <w:t>CAP - Città : ___________________________________________________</w:t>
      </w:r>
    </w:p>
    <w:p>
      <w:r>
        <w:rPr>
          <w:b w:val="0"/>
          <w:sz w:val="20"/>
        </w:rPr>
        <w:t>Partita IVA / Codice Fiscale : ____________________________________</w:t>
      </w:r>
    </w:p>
    <w:p/>
    <w:p/>
    <w:p>
      <w:r>
        <w:rPr>
          <w:b w:val="0"/>
          <w:sz w:val="20"/>
        </w:rPr>
        <w:t>Mittente:</w:t>
      </w:r>
    </w:p>
    <w:p>
      <w:r>
        <w:rPr>
          <w:b w:val="0"/>
          <w:sz w:val="20"/>
        </w:rPr>
        <w:t>Ragione Sociale : ________________________________________________</w:t>
      </w:r>
    </w:p>
    <w:p>
      <w:r>
        <w:rPr>
          <w:b w:val="0"/>
          <w:sz w:val="20"/>
        </w:rPr>
        <w:t>Indirizzo : _____________________________________________________</w:t>
      </w:r>
    </w:p>
    <w:p>
      <w:r>
        <w:rPr>
          <w:b w:val="0"/>
          <w:sz w:val="20"/>
        </w:rPr>
        <w:t>CAP - Città : ___________________________________________________</w:t>
      </w:r>
    </w:p>
    <w:p>
      <w:r>
        <w:rPr>
          <w:b w:val="0"/>
          <w:sz w:val="20"/>
        </w:rPr>
        <w:t>Partita IVA / Codice Fiscale : ____________________________________</w:t>
      </w:r>
    </w:p>
    <w:p/>
    <w:p/>
    <w:p>
      <w:r>
        <w:rPr>
          <w:b/>
          <w:sz w:val="20"/>
        </w:rPr>
        <w:t>Oggetto: Contestazione per inadempienze contrattuali</w:t>
      </w:r>
    </w:p>
    <w:p/>
    <w:p/>
    <w:p>
      <w:r>
        <w:rPr>
          <w:b w:val="0"/>
          <w:sz w:val="20"/>
        </w:rPr>
        <w:t>Egregi Signori,</w:t>
      </w:r>
    </w:p>
    <w:p/>
    <w:p>
      <w:r>
        <w:rPr>
          <w:b w:val="0"/>
          <w:sz w:val="20"/>
        </w:rPr>
        <w:t>Con la presente, in qualità di committente e in base al contratto stipulato tra le nostre parti, intendiamo formalmente contestare le seguenti inadempienze rilevate nell’esecuzione del rapporto commerciale:</w:t>
      </w:r>
    </w:p>
    <w:p/>
    <w:p>
      <w:r>
        <w:rPr>
          <w:b w:val="0"/>
          <w:sz w:val="20"/>
        </w:rPr>
        <w:t>1. Descrizione dettagliata del problema riscontrato e delle prestazioni non conformi o mancanti.</w:t>
      </w:r>
    </w:p>
    <w:p>
      <w:r>
        <w:rPr>
          <w:b w:val="0"/>
          <w:sz w:val="20"/>
        </w:rPr>
        <w:t>2. Eventuali riferimenti a documenti, ordini, fatture o comunicazioni precedenti.</w:t>
      </w:r>
    </w:p>
    <w:p>
      <w:r>
        <w:rPr>
          <w:b w:val="0"/>
          <w:sz w:val="20"/>
        </w:rPr>
        <w:t>3. Impatti negativi subiti a seguito delle inadempienze sopra indicate.</w:t>
      </w:r>
    </w:p>
    <w:p/>
    <w:p>
      <w:r>
        <w:rPr>
          <w:b w:val="0"/>
          <w:sz w:val="20"/>
        </w:rPr>
        <w:t>Alla luce di quanto sopra, Vi invitiamo a provvedere entro e non oltre il termine contrattualmente previsto, a regolarizzare la situazione, adempiendo integralmente agli obblighi contrattuali assunti.</w:t>
      </w:r>
    </w:p>
    <w:p/>
    <w:p>
      <w:r>
        <w:rPr>
          <w:b w:val="0"/>
          <w:sz w:val="20"/>
        </w:rPr>
        <w:t>In difetto, ci riserviamo di agire in tutte le sedi competenti per la tutela dei nostri diritti e interessi, inclusa la richiesta di risarcimento danni eventualmente subiti.</w:t>
      </w:r>
    </w:p>
    <w:p/>
    <w:p>
      <w:r>
        <w:rPr>
          <w:b w:val="0"/>
          <w:sz w:val="20"/>
        </w:rPr>
        <w:t>Rimaniamo in attesa di un vostro sollecito riscontro e di un concreto impegno risolutivo.</w:t>
      </w:r>
    </w:p>
    <w:p/>
    <w:p/>
    <w:p>
      <w:r>
        <w:rPr>
          <w:b w:val="0"/>
          <w:sz w:val="20"/>
        </w:rPr>
        <w:t>Distinti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Responsabile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____________________________________________</w:t>
            </w:r>
          </w:p>
        </w:tc>
      </w:tr>
    </w:tbl>
    <w:p/>
    <w:p/>
    <w:p>
      <w:r>
        <w:rPr>
          <w:b/>
          <w:sz w:val="20"/>
        </w:rPr>
        <w:t>Allegati (se presenti):</w:t>
      </w:r>
    </w:p>
    <w:p>
      <w:r>
        <w:rPr>
          <w:b w:val="0"/>
          <w:sz w:val="20"/>
        </w:rPr>
        <w:t>- Copia del contratto</w:t>
      </w:r>
    </w:p>
    <w:p>
      <w:r>
        <w:rPr>
          <w:b w:val="0"/>
          <w:sz w:val="20"/>
        </w:rPr>
        <w:t>- Documentazione fotografica e/o tecnica</w:t>
      </w:r>
    </w:p>
    <w:p>
      <w:r>
        <w:rPr>
          <w:b w:val="0"/>
          <w:sz w:val="20"/>
        </w:rPr>
        <w:t>- Copia della corrispondenza intercorso</w:t>
      </w:r>
    </w:p>
    <w:p/>
    <w:p/>
    <w:p>
      <w:r>
        <w:rPr>
          <w:b w:val="0"/>
          <w:sz w:val="20"/>
        </w:rPr>
        <w:t>La presente contestazione viene inviata ai sensi e per gli effetti degli articoli 1218 e seguenti del Codice Civile italiano, con riserva di ogni ulteriore azione a tutela dei diritti e interessi della nostra società.</w:t>
      </w:r>
    </w:p>
    <w:p/>
    <w:p>
      <w:r>
        <w:rPr>
          <w:b w:val="0"/>
          <w:sz w:val="20"/>
        </w:rPr>
        <w:t>Luogo : ____________________________________</w:t>
      </w:r>
    </w:p>
    <w:p>
      <w:r>
        <w:rPr>
          <w:b w:val="0"/>
          <w:sz w:val="20"/>
        </w:rPr>
        <w:t>Firma : 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https://esperto-lettere.com/esempio-lettera-di-contestazione-fornitore/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esempio-lettera-di-contestazione-fornitor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