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RISERVATA PERSONALE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________________________________________________</w:t>
      </w:r>
    </w:p>
    <w:p>
      <w:r>
        <w:rPr>
          <w:b w:val="0"/>
          <w:sz w:val="20"/>
        </w:rPr>
        <w:t>Indirizzo: ____________________________________________________</w:t>
      </w:r>
    </w:p>
    <w:p>
      <w:r>
        <w:rPr>
          <w:b w:val="0"/>
          <w:sz w:val="20"/>
        </w:rPr>
        <w:t>Città: ________________________________________________________</w:t>
      </w:r>
    </w:p>
    <w:p>
      <w:r>
        <w:rPr>
          <w:b w:val="0"/>
          <w:sz w:val="20"/>
        </w:rPr>
        <w:t>Telefono: _____________________________________________________</w:t>
      </w:r>
    </w:p>
    <w:p>
      <w:r>
        <w:rPr>
          <w:b w:val="0"/>
          <w:sz w:val="20"/>
        </w:rPr>
        <w:t>Email: _______________________________________________________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Cognome: ________________________________________________</w:t>
      </w:r>
    </w:p>
    <w:p>
      <w:r>
        <w:rPr>
          <w:b w:val="0"/>
          <w:sz w:val="20"/>
        </w:rPr>
        <w:t>Indirizzo: ____________________________________________________</w:t>
      </w:r>
    </w:p>
    <w:p>
      <w:r>
        <w:rPr>
          <w:b w:val="0"/>
          <w:sz w:val="20"/>
        </w:rPr>
        <w:t>Città: ________________________________________________________</w:t>
      </w:r>
    </w:p>
    <w:p/>
    <w:p/>
    <w:p>
      <w:r>
        <w:rPr>
          <w:b/>
          <w:sz w:val="20"/>
        </w:rPr>
        <w:t>Oggetto: Lettera Riservata Personale</w:t>
      </w:r>
    </w:p>
    <w:p/>
    <w:p/>
    <w:p>
      <w:r>
        <w:rPr>
          <w:b w:val="0"/>
          <w:sz w:val="20"/>
        </w:rPr>
        <w:t>Gentile Sig./Sig.ra,</w:t>
      </w:r>
    </w:p>
    <w:p/>
    <w:p>
      <w:r>
        <w:rPr>
          <w:b w:val="0"/>
          <w:sz w:val="20"/>
        </w:rPr>
        <w:t>La presente lettera ha natura strettamente riservata e personale, e viene inviata allo scopo di comunicare importanti informazioni di carattere confidenziale relative alla Sua posizione e ai rapporti in essere con la nostra organizzazione.</w:t>
      </w:r>
    </w:p>
    <w:p/>
    <w:p>
      <w:r>
        <w:rPr>
          <w:b w:val="0"/>
          <w:sz w:val="20"/>
        </w:rPr>
        <w:t>Le chiediamo cortesemente di trattare il contenuto della presente con la massima riservatezza, in conformità con quanto previsto dalla normativa vigente in materia di protezione dei dati personali (Regolamento UE 2016/679 - GDPR) e dal Codice Civile italiano.</w:t>
      </w:r>
    </w:p>
    <w:p/>
    <w:p>
      <w:r>
        <w:rPr>
          <w:b w:val="0"/>
          <w:sz w:val="20"/>
        </w:rPr>
        <w:t>In particolare, si evidenzia che ogni informazione ricevuta dovrà essere utilizzata esclusivamente per le finalità per le quali è stata comunicata e non potrà essere diffusa, riprodotta o comunicata a terzi senza il previo consenso scritto della nostra società.</w:t>
      </w:r>
    </w:p>
    <w:p/>
    <w:p>
      <w:r>
        <w:rPr>
          <w:b w:val="0"/>
          <w:sz w:val="20"/>
        </w:rPr>
        <w:t>Le ricordiamo inoltre che il mancato rispetto degli obblighi di riservatezza potrà comportare l’assunzione di provvedimenti di natura disciplinare e/o legale, come previsto dalla normativa applicabile e dal contratto in essere.</w:t>
      </w:r>
    </w:p>
    <w:p/>
    <w:p>
      <w:r>
        <w:rPr>
          <w:b w:val="0"/>
          <w:sz w:val="20"/>
        </w:rPr>
        <w:t>Per qualsiasi chiarimento o necessità, restiamo a Sua completa disposizione e La invitiamo a contattarci ai recapiti indicati in intestazione.</w:t>
      </w:r>
    </w:p>
    <w:p/>
    <w:p/>
    <w:p>
      <w:r>
        <w:rPr>
          <w:b w:val="0"/>
          <w:sz w:val="20"/>
        </w:rPr>
        <w:t>Con osservanza,</w:t>
      </w:r>
    </w:p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Firma del Mittente</w:t>
      </w:r>
    </w:p>
    <w:p/>
    <w:p/>
    <w:p/>
    <w:p>
      <w:r>
        <w:rPr>
          <w:b w:val="0"/>
          <w:sz w:val="20"/>
        </w:rPr>
        <w:t>Il sottoscritto, destinatario della presente, dichiara di aver preso visione del contenuto della lettera riservata personale e di impegnarsi al rispetto degli obblighi di riservatezza indicati.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(se richiesto)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https://esperto-lettere.com/esempio-di-lettera-riservata-personale/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esempio-di-lettera-riservata-persona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