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sz w:val="20"/>
        </w:rPr>
        <w:t>Mittente:</w:t>
      </w:r>
    </w:p>
    <w:p>
      <w:r>
        <w:rPr>
          <w:b w:val="0"/>
          <w:sz w:val="20"/>
        </w:rPr>
        <w:t>Nome e Cognome / Ragione Sociale</w:t>
      </w:r>
    </w:p>
    <w:p>
      <w:r>
        <w:rPr>
          <w:b w:val="0"/>
          <w:sz w:val="20"/>
        </w:rPr>
        <w:t>Indirizzo completo</w:t>
      </w:r>
    </w:p>
    <w:p>
      <w:r>
        <w:rPr>
          <w:b w:val="0"/>
          <w:sz w:val="20"/>
        </w:rPr>
        <w:t>Codice Fiscale / Partita IVA</w:t>
      </w:r>
    </w:p>
    <w:p>
      <w:r>
        <w:rPr>
          <w:b w:val="0"/>
          <w:sz w:val="20"/>
        </w:rPr>
        <w:t>Telefono</w:t>
      </w:r>
    </w:p>
    <w:p>
      <w:r>
        <w:rPr>
          <w:b w:val="0"/>
          <w:sz w:val="20"/>
        </w:rPr>
        <w:t>Email</w:t>
      </w:r>
    </w:p>
    <w:p/>
    <w:p/>
    <w:p>
      <w:r>
        <w:rPr>
          <w:b/>
          <w:sz w:val="20"/>
        </w:rPr>
        <w:t>Al Sig. Ministro</w:t>
      </w:r>
    </w:p>
    <w:p>
      <w:r>
        <w:rPr>
          <w:b w:val="0"/>
          <w:sz w:val="20"/>
        </w:rPr>
        <w:t>Presidenza del Consiglio dei Ministri</w:t>
      </w:r>
    </w:p>
    <w:p>
      <w:r>
        <w:rPr>
          <w:b w:val="0"/>
          <w:sz w:val="20"/>
        </w:rPr>
        <w:t>Palazzo Chigi</w:t>
      </w:r>
    </w:p>
    <w:p>
      <w:r>
        <w:rPr>
          <w:b w:val="0"/>
          <w:sz w:val="20"/>
        </w:rPr>
        <w:t>Piazza Colonna, 370</w:t>
      </w:r>
    </w:p>
    <w:p>
      <w:r>
        <w:rPr>
          <w:b w:val="0"/>
          <w:sz w:val="20"/>
        </w:rPr>
        <w:t>00187 Roma RM</w:t>
      </w:r>
    </w:p>
    <w:p/>
    <w:p/>
    <w:p>
      <w:r>
        <w:rPr>
          <w:b/>
          <w:sz w:val="22"/>
        </w:rPr>
        <w:t>Oggetto: Richiesta di intervento e collaborazione istituzionale</w:t>
      </w:r>
    </w:p>
    <w:p/>
    <w:p>
      <w:r>
        <w:rPr>
          <w:b w:val="0"/>
          <w:sz w:val="20"/>
        </w:rPr>
        <w:t>Egregio Signor Ministro,</w:t>
      </w:r>
    </w:p>
    <w:p/>
    <w:p>
      <w:r>
        <w:rPr>
          <w:b w:val="0"/>
          <w:sz w:val="20"/>
        </w:rPr>
        <w:t>con la presente desidero portare alla Sua cortese attenzione alcune questioni di rilevante importanza che riguardano il settore di nostra competenza e che necessitano di un tempestivo e attento intervento da parte delle Istituzioni.</w:t>
      </w:r>
    </w:p>
    <w:p/>
    <w:p>
      <w:r>
        <w:rPr>
          <w:b w:val="0"/>
          <w:sz w:val="20"/>
        </w:rPr>
        <w:t>In primo luogo, è fondamentale evidenziare la necessità di un adeguamento normativo che tenga conto delle evoluzioni tecnologiche e sociali intervenute negli ultimi anni, al fine di garantire una migliore tutela dei diritti e una crescita sostenibile del comparto.</w:t>
      </w:r>
    </w:p>
    <w:p/>
    <w:p>
      <w:r>
        <w:rPr>
          <w:b w:val="0"/>
          <w:sz w:val="20"/>
        </w:rPr>
        <w:t>In secondo luogo, auspichiamo la promozione di iniziative volte a favorire il dialogo tra le diverse parti interessate, incoraggiando un confronto costruttivo e la definizione di strategie condivise che possano contribuire al miglioramento delle condizioni operative e al potenziamento delle risorse disponibili.</w:t>
      </w:r>
    </w:p>
    <w:p/>
    <w:p>
      <w:r>
        <w:rPr>
          <w:b w:val="0"/>
          <w:sz w:val="20"/>
        </w:rPr>
        <w:t>Confidando nella Sua sensibilità e nella Sua consueta disponibilità, restiamo a disposizione per ulteriori approfondimenti e per ogni eventuale collaborazione che si rendesse necessaria.</w:t>
      </w:r>
    </w:p>
    <w:p/>
    <w:p>
      <w:r>
        <w:rPr>
          <w:b w:val="0"/>
          <w:sz w:val="20"/>
        </w:rPr>
        <w:t>RingraziandoLa per l’attenzione e l’impegno che vorrà dedicare a questa istanza, porgo i miei più cordiali saluti.</w:t>
      </w:r>
    </w:p>
    <w:p/>
    <w:p/>
    <w:p>
      <w:r>
        <w:rPr>
          <w:b w:val="0"/>
          <w:sz w:val="20"/>
        </w:rPr>
        <w:t>Distinti saluti,</w:t>
      </w:r>
    </w:p>
    <w:p/>
    <w:p/>
    <w:p/>
    <w:p/>
    <w:p>
      <w:r>
        <w:rPr>
          <w:b w:val="0"/>
          <w:sz w:val="20"/>
        </w:rPr>
        <w:t>Firma: ________________________________</w:t>
      </w:r>
    </w:p>
    <w:p>
      <w:r>
        <w:rPr>
          <w:b w:val="0"/>
          <w:sz w:val="20"/>
        </w:rPr>
        <w:t>Nome e Cognome: _______________________</w:t>
      </w:r>
    </w:p>
    <w:p>
      <w:r>
        <w:rPr>
          <w:b w:val="0"/>
          <w:sz w:val="20"/>
        </w:rPr>
        <w:t>Qualifica / Ruolo: 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Firma Mittente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Firma Testimone (se necessario)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originale di questo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https://esperto-lettere.com/esempio-di-lettera-ad-un-ministro/</w:t>
        </w:r>
      </w:hyperlink>
    </w:p>
    <w:p>
      <w:pPr>
        <w:jc w:val="center"/>
      </w:pPr>
      <w:r>
        <w:rPr>
          <w:color w:val="555555"/>
          <w:sz w:val="26"/>
        </w:rPr>
        <w:t>Questo modello ti è stato utile?</w:t>
      </w:r>
    </w:p>
    <w:p>
      <w:pPr>
        <w:jc w:val="center"/>
      </w:pPr>
      <w:r>
        <w:rPr>
          <w:color w:val="555555"/>
          <w:sz w:val="26"/>
        </w:rPr>
        <w:t>Trova altri modelli aggiornati su: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https://esperto-lettere.com</w:t>
        </w:r>
      </w:hyperlink>
    </w:p>
    <w:p>
      <w:pPr>
        <w:jc w:val="center"/>
      </w:pPr>
      <w:r>
        <w:rPr>
          <w:color w:val="808080"/>
          <w:sz w:val="20"/>
        </w:rPr>
        <w:t>Questo modello è destinato esclusivamente a un uso personale e non commerciale.</w:t>
        <w:br/>
        <w:t>Qualsiasi diffusione o pubblicazione deve citare obbligatoriamente la fonte. © esperto-lettere.com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esperto-lettere.com/esempio-di-lettera-ad-un-ministro/" TargetMode="External"/><Relationship Id="rId10" Type="http://schemas.openxmlformats.org/officeDocument/2006/relationships/hyperlink" Target="https://esperto-letter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