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ADECCO ITALIA S.p.A.</w:t>
      </w:r>
    </w:p>
    <w:p>
      <w:pPr>
        <w:jc w:val="center"/>
      </w:pPr>
      <w:r>
        <w:rPr>
          <w:b/>
          <w:sz w:val="20"/>
        </w:rPr>
        <w:t>Lettera di Presentazione</w:t>
      </w:r>
    </w:p>
    <w:p/>
    <w:p/>
    <w:p>
      <w:r>
        <w:rPr>
          <w:b/>
          <w:sz w:val="20"/>
        </w:rPr>
        <w:t>Alla cortese attenzione di:</w:t>
      </w:r>
    </w:p>
    <w:p>
      <w:r>
        <w:rPr>
          <w:b w:val="0"/>
          <w:sz w:val="20"/>
        </w:rPr>
        <w:t>Responsabile Risorse Umane</w:t>
      </w:r>
    </w:p>
    <w:p>
      <w:r>
        <w:rPr>
          <w:b w:val="0"/>
          <w:sz w:val="20"/>
        </w:rPr>
        <w:t>Adecco Italia S.p.A.</w:t>
      </w:r>
    </w:p>
    <w:p>
      <w:r>
        <w:rPr>
          <w:b w:val="0"/>
          <w:sz w:val="20"/>
        </w:rPr>
        <w:t>Via delle Risorse Umane, 1</w:t>
      </w:r>
    </w:p>
    <w:p>
      <w:r>
        <w:rPr>
          <w:b w:val="0"/>
          <w:sz w:val="20"/>
        </w:rPr>
        <w:t>CAP 20100 - Milano (MI)</w:t>
      </w:r>
    </w:p>
    <w:p/>
    <w:p/>
    <w:p>
      <w:r>
        <w:rPr>
          <w:b/>
          <w:sz w:val="20"/>
        </w:rPr>
        <w:t>Oggetto: Presentazione candidatura professionale</w:t>
      </w:r>
    </w:p>
    <w:p/>
    <w:p>
      <w:r>
        <w:rPr>
          <w:b w:val="0"/>
          <w:sz w:val="20"/>
        </w:rPr>
        <w:t>Spett.le Adecco Italia S.p.A.,</w:t>
      </w:r>
    </w:p>
    <w:p/>
    <w:p>
      <w:r>
        <w:rPr>
          <w:b w:val="0"/>
          <w:sz w:val="20"/>
        </w:rPr>
        <w:t>con la presente desidero sottoporre alla Vostra cortese attenzione la mia candidatura per eventuali opportunità professionali in linea con il mio profilo e le mie competenze. Sono convinto/a che la collaborazione con una società leader nel settore delle risorse umane come Adecco possa rappresentare un’occasione di crescita e sviluppo professionale di grande valore.</w:t>
      </w:r>
    </w:p>
    <w:p/>
    <w:p>
      <w:r>
        <w:rPr>
          <w:b w:val="0"/>
          <w:sz w:val="20"/>
        </w:rPr>
        <w:t>Nel corso della mia esperienza lavorativa ho maturato competenze specifiche in ambito [indicare settore o ruolo], acquisendo capacità di problem solving, lavoro in team e gestione efficiente delle attività assegnate. Sono disponibile ad affrontare nuove sfide con entusiasmo, flessibilità e un approccio orientato al risultato.</w:t>
      </w:r>
    </w:p>
    <w:p/>
    <w:p>
      <w:r>
        <w:rPr>
          <w:b w:val="0"/>
          <w:sz w:val="20"/>
        </w:rPr>
        <w:t>Allego al presente documento il mio curriculum vitae aggiornato, nella speranza che possa rappresentare un valido supporto per una valutazione completa del mio profilo professionale.</w:t>
      </w:r>
    </w:p>
    <w:p/>
    <w:p>
      <w:r>
        <w:rPr>
          <w:b w:val="0"/>
          <w:sz w:val="20"/>
        </w:rPr>
        <w:t>Resto a disposizione per un eventuale colloquio conoscitivo al fine di approfondire le mie caratteristiche personali e professionali, auspicando di poter collaborare con la Vostra stimata società.</w:t>
      </w:r>
    </w:p>
    <w:p/>
    <w:p>
      <w:r>
        <w:rPr>
          <w:b w:val="0"/>
          <w:sz w:val="20"/>
        </w:rPr>
        <w:t>Ringraziando per l’attenzione dedicata, porgo distinti saluti.</w:t>
      </w:r>
    </w:p>
    <w:p/>
    <w:p/>
    <w:p>
      <w:r>
        <w:rPr>
          <w:b/>
          <w:sz w:val="20"/>
        </w:rPr>
        <w:t>Firma:</w:t>
      </w:r>
    </w:p>
    <w:p>
      <w:r>
        <w:rPr>
          <w:b w:val="0"/>
          <w:sz w:val="20"/>
        </w:rPr>
        <w:t>________________________________________</w:t>
      </w:r>
    </w:p>
    <w:p/>
    <w:p>
      <w:r>
        <w:rPr>
          <w:b/>
          <w:sz w:val="20"/>
        </w:rPr>
        <w:t>Nome e Cognome:</w:t>
      </w:r>
    </w:p>
    <w:p>
      <w:r>
        <w:rPr>
          <w:b w:val="0"/>
          <w:sz w:val="20"/>
        </w:rPr>
        <w:t>________________________________________</w:t>
      </w:r>
    </w:p>
    <w:p/>
    <w:p>
      <w:r>
        <w:rPr>
          <w:b/>
          <w:sz w:val="20"/>
        </w:rPr>
        <w:t>Telefono:</w:t>
      </w:r>
    </w:p>
    <w:p>
      <w:r>
        <w:rPr>
          <w:b w:val="0"/>
          <w:sz w:val="20"/>
        </w:rPr>
        <w:t>________________________________________</w:t>
      </w:r>
    </w:p>
    <w:p/>
    <w:p>
      <w:r>
        <w:rPr>
          <w:b/>
          <w:sz w:val="20"/>
        </w:rPr>
        <w:t>Email:</w:t>
      </w:r>
    </w:p>
    <w:p>
      <w:r>
        <w:rPr>
          <w:b w:val="0"/>
          <w:sz w:val="20"/>
        </w:rPr>
        <w:t>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Luogo: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Data: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https://esperto-lettere.com/adecco-lettera-di-presentazione/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https://esperto-lettere.com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esperto-lettere.com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lettere.com/adecco-lettera-di-presentazione/" TargetMode="External"/><Relationship Id="rId10" Type="http://schemas.openxmlformats.org/officeDocument/2006/relationships/hyperlink" Target="https://esperto-letter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